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179" w:rsidRPr="00115FFB" w:rsidRDefault="006C3AAF">
      <w:pPr>
        <w:jc w:val="center"/>
        <w:rPr>
          <w:sz w:val="28"/>
          <w:szCs w:val="28"/>
          <w:lang w:val="ru-RU"/>
        </w:rPr>
      </w:pPr>
      <w:r w:rsidRPr="00115FFB">
        <w:rPr>
          <w:b/>
          <w:sz w:val="28"/>
          <w:szCs w:val="28"/>
          <w:lang w:val="ru-RU"/>
        </w:rPr>
        <w:t xml:space="preserve">Фрагмент </w:t>
      </w:r>
      <w:r w:rsidR="00E33DAA" w:rsidRPr="00115FFB">
        <w:rPr>
          <w:b/>
          <w:sz w:val="28"/>
          <w:szCs w:val="28"/>
          <w:lang w:val="ru-RU"/>
        </w:rPr>
        <w:t>открытого урока</w:t>
      </w:r>
      <w:r w:rsidRPr="00115FFB">
        <w:rPr>
          <w:b/>
          <w:sz w:val="28"/>
          <w:szCs w:val="28"/>
          <w:lang w:val="ru-RU"/>
        </w:rPr>
        <w:t xml:space="preserve"> по теме «Объём». 11 класс. Новогодний снеговик как модель</w:t>
      </w:r>
    </w:p>
    <w:p w:rsidR="00E33DAA" w:rsidRPr="00115FFB" w:rsidRDefault="00E33DAA">
      <w:pPr>
        <w:rPr>
          <w:b/>
          <w:sz w:val="28"/>
          <w:szCs w:val="28"/>
          <w:lang w:val="ru-RU"/>
        </w:rPr>
      </w:pPr>
      <w:r w:rsidRPr="00115FFB">
        <w:rPr>
          <w:b/>
          <w:sz w:val="28"/>
          <w:szCs w:val="28"/>
          <w:lang w:val="ru-RU"/>
        </w:rPr>
        <w:t xml:space="preserve">Урок </w:t>
      </w:r>
      <w:r w:rsidR="006C3AAF" w:rsidRPr="00115FFB">
        <w:rPr>
          <w:b/>
          <w:sz w:val="28"/>
          <w:szCs w:val="28"/>
          <w:lang w:val="ru-RU"/>
        </w:rPr>
        <w:t xml:space="preserve"> (20 минут). </w:t>
      </w:r>
    </w:p>
    <w:p w:rsidR="007B0179" w:rsidRPr="00115FFB" w:rsidRDefault="006C3AAF">
      <w:pPr>
        <w:rPr>
          <w:sz w:val="28"/>
          <w:szCs w:val="28"/>
          <w:lang w:val="ru-RU"/>
        </w:rPr>
      </w:pPr>
      <w:r w:rsidRPr="00115FFB">
        <w:rPr>
          <w:b/>
          <w:sz w:val="28"/>
          <w:szCs w:val="28"/>
          <w:lang w:val="ru-RU"/>
        </w:rPr>
        <w:t>Сюжет «Объём как расследование: сколько математики в снеговике?»</w:t>
      </w:r>
    </w:p>
    <w:p w:rsidR="00E33DAA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 xml:space="preserve">Цель фрагмента: актуализировать формулы объёма шара, цилиндра и конуса; научить </w:t>
      </w:r>
      <w:r w:rsidRPr="00115FFB">
        <w:rPr>
          <w:sz w:val="28"/>
          <w:szCs w:val="28"/>
          <w:lang w:val="ru-RU"/>
        </w:rPr>
        <w:t>выделять геометрическую модель реального объекта; связать действия с типовыми шагами ЕГЭ.</w:t>
      </w:r>
      <w:r w:rsidRPr="00115FFB">
        <w:rPr>
          <w:sz w:val="28"/>
          <w:szCs w:val="28"/>
          <w:lang w:val="ru-RU"/>
        </w:rPr>
        <w:br/>
        <w:t>Оборудование: ротанговый снеговик (≈</w:t>
      </w:r>
      <w:r w:rsidR="00E33DAA" w:rsidRPr="00115FFB">
        <w:rPr>
          <w:sz w:val="28"/>
          <w:szCs w:val="28"/>
          <w:lang w:val="ru-RU"/>
        </w:rPr>
        <w:t xml:space="preserve">1,2 м), рулетка/нить, </w:t>
      </w:r>
      <w:r w:rsidRPr="00115FFB">
        <w:rPr>
          <w:sz w:val="28"/>
          <w:szCs w:val="28"/>
          <w:lang w:val="ru-RU"/>
        </w:rPr>
        <w:t>доска.</w:t>
      </w:r>
      <w:r w:rsidRPr="00115FFB">
        <w:rPr>
          <w:sz w:val="28"/>
          <w:szCs w:val="28"/>
          <w:lang w:val="ru-RU"/>
        </w:rPr>
        <w:br/>
        <w:t>Ход фрагмента:</w:t>
      </w:r>
      <w:r w:rsidRPr="00115FFB">
        <w:rPr>
          <w:sz w:val="28"/>
          <w:szCs w:val="28"/>
          <w:lang w:val="ru-RU"/>
        </w:rPr>
        <w:br/>
      </w:r>
      <w:r w:rsidRPr="00115FFB">
        <w:rPr>
          <w:i/>
          <w:sz w:val="28"/>
          <w:szCs w:val="28"/>
          <w:u w:val="single"/>
          <w:lang w:val="ru-RU"/>
        </w:rPr>
        <w:t xml:space="preserve">0–2 мин. </w:t>
      </w:r>
      <w:r w:rsidR="00E33DAA" w:rsidRPr="00115FFB">
        <w:rPr>
          <w:i/>
          <w:sz w:val="28"/>
          <w:szCs w:val="28"/>
          <w:u w:val="single"/>
          <w:lang w:val="ru-RU"/>
        </w:rPr>
        <w:t>Стоит</w:t>
      </w:r>
      <w:r w:rsidRPr="00115FFB">
        <w:rPr>
          <w:i/>
          <w:sz w:val="28"/>
          <w:szCs w:val="28"/>
          <w:u w:val="single"/>
          <w:lang w:val="ru-RU"/>
        </w:rPr>
        <w:t xml:space="preserve"> снеговик.</w:t>
      </w:r>
      <w:r w:rsidRPr="00115FFB">
        <w:rPr>
          <w:sz w:val="28"/>
          <w:szCs w:val="28"/>
          <w:lang w:val="ru-RU"/>
        </w:rPr>
        <w:t xml:space="preserve"> </w:t>
      </w:r>
    </w:p>
    <w:p w:rsidR="00E33DAA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>Вопросы на включение: «Из каких тел он соб</w:t>
      </w:r>
      <w:r w:rsidRPr="00115FFB">
        <w:rPr>
          <w:sz w:val="28"/>
          <w:szCs w:val="28"/>
          <w:lang w:val="ru-RU"/>
        </w:rPr>
        <w:t>ран?», «Что из этого точно встречается на ЕГЭ?».</w:t>
      </w:r>
    </w:p>
    <w:p w:rsidR="00E33DAA" w:rsidRPr="00115FFB" w:rsidRDefault="006C3AAF">
      <w:pPr>
        <w:spacing w:after="120"/>
        <w:rPr>
          <w:sz w:val="28"/>
          <w:szCs w:val="28"/>
          <w:lang w:val="ru-RU"/>
        </w:rPr>
      </w:pPr>
      <w:proofErr w:type="gramStart"/>
      <w:r w:rsidRPr="00115FFB">
        <w:rPr>
          <w:sz w:val="28"/>
          <w:szCs w:val="28"/>
          <w:lang w:val="ru-RU"/>
        </w:rPr>
        <w:t>На доске фиксируются части модели: три шара (низ, середина, голова), шляпа — цилиндр, нос — конус.</w:t>
      </w:r>
      <w:r w:rsidRPr="00115FFB">
        <w:rPr>
          <w:sz w:val="28"/>
          <w:szCs w:val="28"/>
          <w:lang w:val="ru-RU"/>
        </w:rPr>
        <w:br/>
      </w:r>
      <w:r w:rsidRPr="00115FFB">
        <w:rPr>
          <w:i/>
          <w:sz w:val="28"/>
          <w:szCs w:val="28"/>
          <w:u w:val="single"/>
          <w:lang w:val="ru-RU"/>
        </w:rPr>
        <w:t>2–6 мин. Актуализация.</w:t>
      </w:r>
      <w:r w:rsidRPr="00115FFB">
        <w:rPr>
          <w:sz w:val="28"/>
          <w:szCs w:val="28"/>
          <w:lang w:val="ru-RU"/>
        </w:rPr>
        <w:t xml:space="preserve"> </w:t>
      </w:r>
      <w:proofErr w:type="gramEnd"/>
    </w:p>
    <w:p w:rsidR="00E33DAA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>«</w:t>
      </w:r>
      <w:proofErr w:type="spellStart"/>
      <w:r w:rsidRPr="00115FFB">
        <w:rPr>
          <w:sz w:val="28"/>
          <w:szCs w:val="28"/>
          <w:lang w:val="ru-RU"/>
        </w:rPr>
        <w:t>Флешмоб</w:t>
      </w:r>
      <w:proofErr w:type="spellEnd"/>
      <w:r w:rsidRPr="00115FFB">
        <w:rPr>
          <w:sz w:val="28"/>
          <w:szCs w:val="28"/>
          <w:lang w:val="ru-RU"/>
        </w:rPr>
        <w:t xml:space="preserve"> формул»: класс по цепочке называет формулы, учитель записывает: 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шара=4/3·</w:t>
      </w:r>
      <w:r w:rsidRPr="00115FFB">
        <w:rPr>
          <w:sz w:val="28"/>
          <w:szCs w:val="28"/>
        </w:rPr>
        <w:t>πR</w:t>
      </w:r>
      <w:r w:rsidRPr="00115FFB">
        <w:rPr>
          <w:sz w:val="28"/>
          <w:szCs w:val="28"/>
          <w:lang w:val="ru-RU"/>
        </w:rPr>
        <w:t xml:space="preserve">³, 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цилиндра=</w:t>
      </w:r>
      <w:r w:rsidRPr="00115FFB">
        <w:rPr>
          <w:sz w:val="28"/>
          <w:szCs w:val="28"/>
        </w:rPr>
        <w:t>πR</w:t>
      </w:r>
      <w:r w:rsidRPr="00115FFB">
        <w:rPr>
          <w:sz w:val="28"/>
          <w:szCs w:val="28"/>
          <w:lang w:val="ru-RU"/>
        </w:rPr>
        <w:t>²</w:t>
      </w:r>
      <w:r w:rsidRPr="00115FFB">
        <w:rPr>
          <w:sz w:val="28"/>
          <w:szCs w:val="28"/>
        </w:rPr>
        <w:t>h</w:t>
      </w:r>
      <w:r w:rsidRPr="00115FFB">
        <w:rPr>
          <w:sz w:val="28"/>
          <w:szCs w:val="28"/>
          <w:lang w:val="ru-RU"/>
        </w:rPr>
        <w:t xml:space="preserve">, 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конуса=1/3·</w:t>
      </w:r>
      <w:r w:rsidRPr="00115FFB">
        <w:rPr>
          <w:sz w:val="28"/>
          <w:szCs w:val="28"/>
        </w:rPr>
        <w:t>πR</w:t>
      </w:r>
      <w:r w:rsidRPr="00115FFB">
        <w:rPr>
          <w:sz w:val="28"/>
          <w:szCs w:val="28"/>
          <w:lang w:val="ru-RU"/>
        </w:rPr>
        <w:t>²</w:t>
      </w:r>
      <w:r w:rsidRPr="00115FFB">
        <w:rPr>
          <w:sz w:val="28"/>
          <w:szCs w:val="28"/>
        </w:rPr>
        <w:t>h</w:t>
      </w:r>
      <w:r w:rsidRPr="00115FFB">
        <w:rPr>
          <w:sz w:val="28"/>
          <w:szCs w:val="28"/>
          <w:lang w:val="ru-RU"/>
        </w:rPr>
        <w:t xml:space="preserve">. </w:t>
      </w:r>
    </w:p>
    <w:p w:rsidR="00E33DAA" w:rsidRPr="00115FFB" w:rsidRDefault="006C3AAF">
      <w:pPr>
        <w:spacing w:after="120"/>
        <w:rPr>
          <w:i/>
          <w:sz w:val="28"/>
          <w:szCs w:val="28"/>
          <w:u w:val="single"/>
          <w:lang w:val="ru-RU"/>
        </w:rPr>
      </w:pPr>
      <w:r w:rsidRPr="00115FFB">
        <w:rPr>
          <w:sz w:val="28"/>
          <w:szCs w:val="28"/>
          <w:lang w:val="ru-RU"/>
        </w:rPr>
        <w:t>Коротко проговариваются единицы измерения и алгоритм ЕГЭ: увидеть модель → выписать формулу → подставить размеры → перевести единицы → оценить ответ.</w:t>
      </w:r>
      <w:r w:rsidRPr="00115FFB">
        <w:rPr>
          <w:sz w:val="28"/>
          <w:szCs w:val="28"/>
          <w:lang w:val="ru-RU"/>
        </w:rPr>
        <w:br/>
      </w:r>
      <w:r w:rsidRPr="00115FFB">
        <w:rPr>
          <w:i/>
          <w:sz w:val="28"/>
          <w:szCs w:val="28"/>
          <w:u w:val="single"/>
          <w:lang w:val="ru-RU"/>
        </w:rPr>
        <w:t>6–14 мин. Мини-исследование.</w:t>
      </w:r>
    </w:p>
    <w:p w:rsidR="00E33DAA" w:rsidRPr="00115FFB" w:rsidRDefault="00E33DAA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>Один ученик получает</w:t>
      </w:r>
      <w:r w:rsidR="006C3AAF" w:rsidRPr="00115FFB">
        <w:rPr>
          <w:sz w:val="28"/>
          <w:szCs w:val="28"/>
          <w:lang w:val="ru-RU"/>
        </w:rPr>
        <w:t xml:space="preserve"> задание измерить по месту:</w:t>
      </w:r>
      <w:r w:rsidR="006C3AAF" w:rsidRPr="00115FFB">
        <w:rPr>
          <w:sz w:val="28"/>
          <w:szCs w:val="28"/>
          <w:lang w:val="ru-RU"/>
        </w:rPr>
        <w:t xml:space="preserve"> диаметры трёх шаров, радиус и высоту цилиндра-шляпы, радиус основания и высоту конуса-носа. </w:t>
      </w:r>
    </w:p>
    <w:p w:rsidR="00E33DAA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>Параллельно обсуждают, почему эти элементы можно считать идеальными телами, где возможна погрешность.</w:t>
      </w:r>
      <w:r w:rsidRPr="00115FFB">
        <w:rPr>
          <w:sz w:val="28"/>
          <w:szCs w:val="28"/>
          <w:lang w:val="ru-RU"/>
        </w:rPr>
        <w:br/>
      </w:r>
      <w:r w:rsidR="00E33DAA" w:rsidRPr="00115FFB">
        <w:rPr>
          <w:i/>
          <w:sz w:val="28"/>
          <w:szCs w:val="28"/>
          <w:u w:val="single"/>
          <w:lang w:val="ru-RU"/>
        </w:rPr>
        <w:t>14–18 мин. Сбор.</w:t>
      </w:r>
      <w:r w:rsidR="00E33DAA" w:rsidRPr="00115FFB">
        <w:rPr>
          <w:sz w:val="28"/>
          <w:szCs w:val="28"/>
          <w:lang w:val="ru-RU"/>
        </w:rPr>
        <w:t xml:space="preserve"> Н</w:t>
      </w:r>
      <w:r w:rsidRPr="00115FFB">
        <w:rPr>
          <w:sz w:val="28"/>
          <w:szCs w:val="28"/>
          <w:lang w:val="ru-RU"/>
        </w:rPr>
        <w:t>азывают размеры, класс соглас</w:t>
      </w:r>
      <w:r w:rsidRPr="00115FFB">
        <w:rPr>
          <w:sz w:val="28"/>
          <w:szCs w:val="28"/>
          <w:lang w:val="ru-RU"/>
        </w:rPr>
        <w:t xml:space="preserve">ует «паспорт снеговика» (общие значения). </w:t>
      </w:r>
      <w:r w:rsidR="00E33DAA" w:rsidRPr="00115FFB">
        <w:rPr>
          <w:sz w:val="28"/>
          <w:szCs w:val="28"/>
          <w:lang w:val="ru-RU"/>
        </w:rPr>
        <w:t>Найти суммарный объем снеговика.</w:t>
      </w:r>
    </w:p>
    <w:p w:rsidR="00660440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 xml:space="preserve">Учитель демонстрирует на доске схему суммы объёмов: 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общ=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1шара+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2шара+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3шара+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шляпы+</w:t>
      </w:r>
      <w:r w:rsidRPr="00115FFB">
        <w:rPr>
          <w:sz w:val="28"/>
          <w:szCs w:val="28"/>
        </w:rPr>
        <w:t>V</w:t>
      </w:r>
      <w:r w:rsidRPr="00115FFB">
        <w:rPr>
          <w:sz w:val="28"/>
          <w:szCs w:val="28"/>
          <w:lang w:val="ru-RU"/>
        </w:rPr>
        <w:t>носа.</w:t>
      </w:r>
    </w:p>
    <w:p w:rsidR="00E33DAA" w:rsidRPr="00115FFB" w:rsidRDefault="00660440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>Команды получают шаблон техпаспорта: модель, размеры, формулы, расчёт объёма, перевод в литры/</w:t>
      </w:r>
      <w:proofErr w:type="gramStart"/>
      <w:r w:rsidRPr="00115FFB">
        <w:rPr>
          <w:sz w:val="28"/>
          <w:szCs w:val="28"/>
          <w:lang w:val="ru-RU"/>
        </w:rPr>
        <w:t>м</w:t>
      </w:r>
      <w:proofErr w:type="gramEnd"/>
      <w:r w:rsidRPr="00115FFB">
        <w:rPr>
          <w:sz w:val="28"/>
          <w:szCs w:val="28"/>
          <w:lang w:val="ru-RU"/>
        </w:rPr>
        <w:t>³, оценка реалистичн</w:t>
      </w:r>
      <w:r w:rsidRPr="00115FFB">
        <w:rPr>
          <w:sz w:val="28"/>
          <w:szCs w:val="28"/>
          <w:lang w:val="ru-RU"/>
        </w:rPr>
        <w:t>ости, итоговые выводы.</w:t>
      </w:r>
      <w:r w:rsidRPr="00115FFB">
        <w:rPr>
          <w:sz w:val="28"/>
          <w:szCs w:val="28"/>
          <w:lang w:val="ru-RU"/>
        </w:rPr>
        <w:br/>
      </w:r>
      <w:r w:rsidRPr="00115FFB">
        <w:rPr>
          <w:sz w:val="28"/>
          <w:szCs w:val="28"/>
          <w:lang w:val="ru-RU"/>
        </w:rPr>
        <w:t xml:space="preserve"> Работа команд. Примеры расчётов в паспорте: общий объём составного тела; </w:t>
      </w:r>
      <w:r w:rsidRPr="00115FFB">
        <w:rPr>
          <w:sz w:val="28"/>
          <w:szCs w:val="28"/>
          <w:lang w:val="ru-RU"/>
        </w:rPr>
        <w:lastRenderedPageBreak/>
        <w:t xml:space="preserve">масса при заданной плотности снега/льда; </w:t>
      </w:r>
      <w:r w:rsidR="006C3AAF" w:rsidRPr="00115FFB">
        <w:rPr>
          <w:sz w:val="28"/>
          <w:szCs w:val="28"/>
          <w:lang w:val="ru-RU"/>
        </w:rPr>
        <w:br/>
      </w:r>
    </w:p>
    <w:p w:rsidR="007B0179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i/>
          <w:sz w:val="28"/>
          <w:szCs w:val="28"/>
          <w:u w:val="single"/>
          <w:lang w:val="ru-RU"/>
        </w:rPr>
        <w:t>18–20 мин.</w:t>
      </w:r>
      <w:r w:rsidRPr="00115FFB">
        <w:rPr>
          <w:sz w:val="28"/>
          <w:szCs w:val="28"/>
          <w:lang w:val="ru-RU"/>
        </w:rPr>
        <w:t xml:space="preserve"> Выход в ЕГЭ. Учитель показывает, как из «паспорта» сделать экзаменационное условие. Короткое задание на дом: пр</w:t>
      </w:r>
      <w:r w:rsidRPr="00115FFB">
        <w:rPr>
          <w:sz w:val="28"/>
          <w:szCs w:val="28"/>
          <w:lang w:val="ru-RU"/>
        </w:rPr>
        <w:t xml:space="preserve">идумать </w:t>
      </w:r>
      <w:proofErr w:type="gramStart"/>
      <w:r w:rsidRPr="00115FFB">
        <w:rPr>
          <w:sz w:val="28"/>
          <w:szCs w:val="28"/>
          <w:lang w:val="ru-RU"/>
        </w:rPr>
        <w:t>свою</w:t>
      </w:r>
      <w:proofErr w:type="gramEnd"/>
      <w:r w:rsidRPr="00115FFB">
        <w:rPr>
          <w:sz w:val="28"/>
          <w:szCs w:val="28"/>
          <w:lang w:val="ru-RU"/>
        </w:rPr>
        <w:t xml:space="preserve"> новогоднюю ЕГЭ-задачу на объём (любой предмет) и оформить «дано–найти–решение–ответ».</w:t>
      </w:r>
    </w:p>
    <w:p w:rsidR="00660440" w:rsidRPr="00115FFB" w:rsidRDefault="006C3AAF">
      <w:pPr>
        <w:spacing w:after="120"/>
        <w:rPr>
          <w:sz w:val="28"/>
          <w:szCs w:val="28"/>
          <w:lang w:val="ru-RU"/>
        </w:rPr>
      </w:pPr>
      <w:r w:rsidRPr="00115FFB">
        <w:rPr>
          <w:sz w:val="28"/>
          <w:szCs w:val="28"/>
          <w:lang w:val="ru-RU"/>
        </w:rPr>
        <w:t>Учитель резюмирует: «Мы посчитали реальный объект и сделали это по экзаменационным правилам».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Вес рассчитывают от плотности, а плотность снега может быть как сам снег разным.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Снег бывает рыхлым, утрамбованным, мокрым, пушистым и так далее. Кубы снега необходимо знать водителям снегоуборочных машин, от количества вывезенных кубов снега зависит их зарплата. Вот цифры, сколько снега в одном кубометре.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Сухой снег, только что выпал от 30 до 60 килограмм.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Мокрый снег, только что выпал от 60 до 150 кг.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 xml:space="preserve">Снег, который выпал и уже успел осесть, в 1 </w:t>
      </w:r>
      <w:proofErr w:type="gramStart"/>
      <w:r w:rsidRPr="00115FFB">
        <w:rPr>
          <w:rFonts w:ascii="Arial" w:hAnsi="Arial" w:cs="Arial"/>
          <w:color w:val="000000"/>
          <w:sz w:val="28"/>
          <w:szCs w:val="28"/>
        </w:rPr>
        <w:t>кубометре</w:t>
      </w:r>
      <w:proofErr w:type="gramEnd"/>
      <w:r w:rsidRPr="00115FFB">
        <w:rPr>
          <w:rFonts w:ascii="Arial" w:hAnsi="Arial" w:cs="Arial"/>
          <w:color w:val="000000"/>
          <w:sz w:val="28"/>
          <w:szCs w:val="28"/>
        </w:rPr>
        <w:t xml:space="preserve"> получается от 200 до 300 кг.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Снег, который выпал в результате метели или ветер его принес, вмещает в кубе от 200 до 300 кг.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Снег осел, но это старый сухой снег и это от 300 до 500 кг.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Сухой, очень плотно слежавшийся снег, он по структуре зернистый, это может быть многолетний снег</w:t>
      </w:r>
      <w:proofErr w:type="gramStart"/>
      <w:r w:rsidRPr="00115FFB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115FFB">
        <w:rPr>
          <w:rFonts w:ascii="Arial" w:hAnsi="Arial" w:cs="Arial"/>
          <w:color w:val="000000"/>
          <w:sz w:val="28"/>
          <w:szCs w:val="28"/>
        </w:rPr>
        <w:t xml:space="preserve"> в 1 кубометре от 500 до 600 кг.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Этот же самый снег, но мокрый - в одном кубе от 600 до 800 кг.</w:t>
      </w:r>
    </w:p>
    <w:p w:rsidR="00115FFB" w:rsidRPr="00115FFB" w:rsidRDefault="00115FFB" w:rsidP="00115FFB">
      <w:pPr>
        <w:pStyle w:val="affa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115FFB">
        <w:rPr>
          <w:rFonts w:ascii="Arial" w:hAnsi="Arial" w:cs="Arial"/>
          <w:color w:val="000000"/>
          <w:sz w:val="28"/>
          <w:szCs w:val="28"/>
        </w:rPr>
        <w:t>И еще есть глетчерный лед (наст), в 1 кубометре от 800 до 960 килограмм.</w:t>
      </w: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15FFB" w:rsidRDefault="00115FFB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A4CC2" w:rsidRPr="00C8725D" w:rsidRDefault="00660440" w:rsidP="009A4CC2">
      <w:pPr>
        <w:tabs>
          <w:tab w:val="left" w:pos="253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8725D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Технический паспорт </w:t>
      </w:r>
      <w:r w:rsidRPr="00C8725D">
        <w:rPr>
          <w:rFonts w:ascii="Times New Roman" w:hAnsi="Times New Roman" w:cs="Times New Roman"/>
          <w:b/>
          <w:sz w:val="32"/>
          <w:szCs w:val="32"/>
          <w:lang w:val="ru-RU"/>
        </w:rPr>
        <w:t>СНЕГОВИКА ФИЛИМОНА</w:t>
      </w:r>
      <w:r w:rsidRPr="00C8725D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60440" w:rsidRPr="00C8725D" w:rsidRDefault="00C8725D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8725D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DB42E0E" wp14:editId="3457C76C">
            <wp:simplePos x="0" y="0"/>
            <wp:positionH relativeFrom="column">
              <wp:posOffset>4105275</wp:posOffset>
            </wp:positionH>
            <wp:positionV relativeFrom="paragraph">
              <wp:posOffset>45720</wp:posOffset>
            </wp:positionV>
            <wp:extent cx="2242820" cy="3629025"/>
            <wp:effectExtent l="0" t="0" r="508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28476" r="50076" b="2977"/>
                    <a:stretch/>
                  </pic:blipFill>
                  <pic:spPr bwMode="auto">
                    <a:xfrm>
                      <a:off x="0" y="0"/>
                      <a:ext cx="224282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C2"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Имя  </w:t>
      </w:r>
      <w:r w:rsidR="009A4CC2"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Филимон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</w:p>
    <w:p w:rsidR="00C8725D" w:rsidRPr="00C8725D" w:rsidRDefault="00C8725D" w:rsidP="00C8725D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Происхождение имени: </w:t>
      </w:r>
    </w:p>
    <w:p w:rsidR="00C8725D" w:rsidRPr="00C8725D" w:rsidRDefault="00C8725D" w:rsidP="00C8725D">
      <w:pPr>
        <w:numPr>
          <w:ilvl w:val="0"/>
          <w:numId w:val="10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имя происходит от греческого слова «</w:t>
      </w:r>
      <w:proofErr w:type="spellStart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philos</w:t>
      </w:r>
      <w:proofErr w:type="spellEnd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(</w:t>
      </w:r>
      <w:proofErr w:type="spellStart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φίλος</w:t>
      </w:r>
      <w:proofErr w:type="spellEnd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), что означает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«любящий»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или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«друг»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Таким образом, имя Филимон можно перевести как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«любящий друг»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или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«друг по любви»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C8725D" w:rsidRPr="00C8725D" w:rsidRDefault="00C8725D" w:rsidP="00C8725D">
      <w:pPr>
        <w:numPr>
          <w:ilvl w:val="0"/>
          <w:numId w:val="10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происходит от древнееврейского слова «</w:t>
      </w:r>
      <w:proofErr w:type="spellStart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Peleh</w:t>
      </w:r>
      <w:proofErr w:type="spellEnd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(פֶּ</w:t>
      </w:r>
      <w:proofErr w:type="spellStart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לֶא</w:t>
      </w:r>
      <w:proofErr w:type="spellEnd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), что переводится как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«чудо»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или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«удивление»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Таким образом, имя Филимон может интерпретироваться как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«чудесный»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или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«удивительный»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C8725D" w:rsidRPr="00C8725D" w:rsidRDefault="00C8725D" w:rsidP="00C8725D">
      <w:pPr>
        <w:numPr>
          <w:ilvl w:val="0"/>
          <w:numId w:val="10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Филимон происходит от древнегреческого слова «</w:t>
      </w:r>
      <w:proofErr w:type="spellStart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philein</w:t>
      </w:r>
      <w:proofErr w:type="spellEnd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(</w:t>
      </w:r>
      <w:proofErr w:type="spellStart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φιλειν</w:t>
      </w:r>
      <w:proofErr w:type="spellEnd"/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), что означает </w:t>
      </w:r>
      <w:r w:rsidRPr="00C8725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«любить»</w:t>
      </w:r>
      <w:r w:rsidRPr="00C8725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9A4CC2" w:rsidRPr="00C8725D" w:rsidRDefault="009A4CC2" w:rsidP="009A4CC2">
      <w:pPr>
        <w:tabs>
          <w:tab w:val="left" w:pos="2535"/>
        </w:tabs>
        <w:rPr>
          <w:rFonts w:ascii="Times New Roman" w:hAnsi="Times New Roman" w:cs="Times New Roman"/>
          <w:sz w:val="32"/>
          <w:szCs w:val="32"/>
          <w:lang w:val="ru-RU"/>
        </w:rPr>
      </w:pP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Фото:</w:t>
      </w:r>
    </w:p>
    <w:p w:rsidR="009A4CC2" w:rsidRPr="00C8725D" w:rsidRDefault="009A4CC2" w:rsidP="00660440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Состав: </w:t>
      </w:r>
    </w:p>
    <w:p w:rsidR="009A4CC2" w:rsidRPr="00C8725D" w:rsidRDefault="009A4CC2" w:rsidP="00660440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8725D">
        <w:rPr>
          <w:rFonts w:ascii="Times New Roman" w:hAnsi="Times New Roman" w:cs="Times New Roman"/>
          <w:b/>
          <w:sz w:val="28"/>
          <w:szCs w:val="28"/>
          <w:lang w:val="ru-RU"/>
        </w:rPr>
        <w:t>Тело 1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нижний ком    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радиуса _____________</w:t>
      </w:r>
      <w:proofErr w:type="gramStart"/>
      <w:r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C8725D">
        <w:rPr>
          <w:rFonts w:ascii="Times New Roman" w:hAnsi="Times New Roman" w:cs="Times New Roman"/>
          <w:sz w:val="28"/>
          <w:szCs w:val="28"/>
          <w:lang w:val="ru-RU"/>
        </w:rPr>
        <w:t>, объем__________см</w:t>
      </w:r>
      <w:r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9A4CC2" w:rsidRPr="00C8725D" w:rsidRDefault="009A4CC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8725D">
        <w:rPr>
          <w:rFonts w:ascii="Times New Roman" w:hAnsi="Times New Roman" w:cs="Times New Roman"/>
          <w:b/>
          <w:sz w:val="28"/>
          <w:szCs w:val="28"/>
          <w:lang w:val="ru-RU"/>
        </w:rPr>
        <w:t>Тело 2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средний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ком    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радиуса _____________</w:t>
      </w:r>
      <w:proofErr w:type="gramStart"/>
      <w:r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C8725D">
        <w:rPr>
          <w:rFonts w:ascii="Times New Roman" w:hAnsi="Times New Roman" w:cs="Times New Roman"/>
          <w:sz w:val="28"/>
          <w:szCs w:val="28"/>
          <w:lang w:val="ru-RU"/>
        </w:rPr>
        <w:t>, объем__________см</w:t>
      </w:r>
      <w:r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9A4CC2" w:rsidRPr="00C8725D" w:rsidRDefault="009A4CC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8725D">
        <w:rPr>
          <w:rFonts w:ascii="Times New Roman" w:hAnsi="Times New Roman" w:cs="Times New Roman"/>
          <w:b/>
          <w:sz w:val="28"/>
          <w:szCs w:val="28"/>
          <w:lang w:val="ru-RU"/>
        </w:rPr>
        <w:t>Тело 3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верхний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ком    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радиуса _____________</w:t>
      </w:r>
      <w:proofErr w:type="gramStart"/>
      <w:r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C8725D">
        <w:rPr>
          <w:rFonts w:ascii="Times New Roman" w:hAnsi="Times New Roman" w:cs="Times New Roman"/>
          <w:sz w:val="28"/>
          <w:szCs w:val="28"/>
          <w:lang w:val="ru-RU"/>
        </w:rPr>
        <w:t>, объем__________см</w:t>
      </w:r>
      <w:r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9A4CC2" w:rsidRPr="00C8725D" w:rsidRDefault="009A4CC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8725D">
        <w:rPr>
          <w:rFonts w:ascii="Times New Roman" w:hAnsi="Times New Roman" w:cs="Times New Roman"/>
          <w:b/>
          <w:sz w:val="28"/>
          <w:szCs w:val="28"/>
          <w:lang w:val="ru-RU"/>
        </w:rPr>
        <w:t>Тело 4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шляпа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радиус</w:t>
      </w:r>
      <w:r w:rsidR="00F50592">
        <w:rPr>
          <w:rFonts w:ascii="Times New Roman" w:hAnsi="Times New Roman" w:cs="Times New Roman"/>
          <w:sz w:val="28"/>
          <w:szCs w:val="28"/>
          <w:lang w:val="ru-RU"/>
        </w:rPr>
        <w:t>а ________</w:t>
      </w:r>
      <w:proofErr w:type="gramStart"/>
      <w:r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End"/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8725D">
        <w:rPr>
          <w:rFonts w:ascii="Times New Roman" w:hAnsi="Times New Roman" w:cs="Times New Roman"/>
          <w:sz w:val="28"/>
          <w:szCs w:val="28"/>
          <w:lang w:val="ru-RU"/>
        </w:rPr>
        <w:t>высота____________см</w:t>
      </w:r>
      <w:proofErr w:type="spellEnd"/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>объем__________см</w:t>
      </w:r>
      <w:r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9A4CC2" w:rsidRPr="00C8725D" w:rsidRDefault="009A4CC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8725D">
        <w:rPr>
          <w:rFonts w:ascii="Times New Roman" w:hAnsi="Times New Roman" w:cs="Times New Roman"/>
          <w:b/>
          <w:sz w:val="28"/>
          <w:szCs w:val="28"/>
          <w:lang w:val="ru-RU"/>
        </w:rPr>
        <w:t>Тело 5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нос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, 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радиус </w:t>
      </w:r>
      <w:proofErr w:type="spellStart"/>
      <w:r w:rsidRPr="00C8725D">
        <w:rPr>
          <w:rFonts w:ascii="Times New Roman" w:hAnsi="Times New Roman" w:cs="Times New Roman"/>
          <w:sz w:val="28"/>
          <w:szCs w:val="28"/>
          <w:lang w:val="ru-RU"/>
        </w:rPr>
        <w:t>основания</w:t>
      </w:r>
      <w:r w:rsidRPr="00C8725D">
        <w:rPr>
          <w:rFonts w:ascii="Times New Roman" w:hAnsi="Times New Roman" w:cs="Times New Roman"/>
          <w:sz w:val="28"/>
          <w:szCs w:val="28"/>
          <w:u w:val="single"/>
          <w:lang w:val="ru-RU"/>
        </w:rPr>
        <w:t>________</w:t>
      </w:r>
      <w:proofErr w:type="gramStart"/>
      <w:r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spellEnd"/>
      <w:proofErr w:type="gramEnd"/>
      <w:r w:rsidRPr="00C8725D">
        <w:rPr>
          <w:rFonts w:ascii="Times New Roman" w:hAnsi="Times New Roman" w:cs="Times New Roman"/>
          <w:sz w:val="28"/>
          <w:szCs w:val="28"/>
          <w:lang w:val="ru-RU"/>
        </w:rPr>
        <w:t>, высота _______см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>, объ</w:t>
      </w:r>
      <w:r w:rsidR="00C8725D">
        <w:rPr>
          <w:rFonts w:ascii="Times New Roman" w:hAnsi="Times New Roman" w:cs="Times New Roman"/>
          <w:sz w:val="28"/>
          <w:szCs w:val="28"/>
          <w:lang w:val="ru-RU"/>
        </w:rPr>
        <w:t>ем_______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r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9A4CC2" w:rsidRPr="00C8725D" w:rsidRDefault="00C8725D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8725D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68A4949" wp14:editId="222A4133">
            <wp:simplePos x="0" y="0"/>
            <wp:positionH relativeFrom="column">
              <wp:posOffset>5904865</wp:posOffset>
            </wp:positionH>
            <wp:positionV relativeFrom="paragraph">
              <wp:posOffset>285115</wp:posOffset>
            </wp:positionV>
            <wp:extent cx="438150" cy="401320"/>
            <wp:effectExtent l="0" t="0" r="0" b="0"/>
            <wp:wrapNone/>
            <wp:docPr id="2" name="Рисунок 2" descr="https://avatars.mds.yandex.net/i?id=237a206a912c6e278edb796ee34483106efc449d-47682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37a206a912c6e278edb796ee34483106efc449d-47682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92">
        <w:rPr>
          <w:rFonts w:ascii="Times New Roman" w:hAnsi="Times New Roman" w:cs="Times New Roman"/>
          <w:sz w:val="28"/>
          <w:szCs w:val="28"/>
          <w:lang w:val="ru-RU"/>
        </w:rPr>
        <w:t>Суммарный объем ________</w:t>
      </w:r>
      <w:r w:rsidR="009A4CC2"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4CC2" w:rsidRPr="00C8725D">
        <w:rPr>
          <w:rFonts w:ascii="Times New Roman" w:hAnsi="Times New Roman" w:cs="Times New Roman"/>
          <w:sz w:val="28"/>
          <w:szCs w:val="28"/>
          <w:lang w:val="ru-RU"/>
        </w:rPr>
        <w:t>см</w:t>
      </w:r>
      <w:r w:rsidR="009A4CC2"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="009A4CC2" w:rsidRPr="00C8725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50592">
        <w:rPr>
          <w:rFonts w:ascii="Times New Roman" w:hAnsi="Times New Roman" w:cs="Times New Roman"/>
          <w:sz w:val="28"/>
          <w:szCs w:val="28"/>
          <w:lang w:val="ru-RU"/>
        </w:rPr>
        <w:t>=________</w:t>
      </w:r>
      <w:r w:rsidR="009A4CC2"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дм</w:t>
      </w:r>
      <w:r w:rsidR="009A4CC2"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="00F50592">
        <w:rPr>
          <w:rFonts w:ascii="Times New Roman" w:hAnsi="Times New Roman" w:cs="Times New Roman"/>
          <w:sz w:val="28"/>
          <w:szCs w:val="28"/>
          <w:lang w:val="ru-RU"/>
        </w:rPr>
        <w:t>=_________</w:t>
      </w:r>
      <w:r w:rsidR="009A4CC2" w:rsidRPr="00C8725D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ED776F"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=____________м</w:t>
      </w:r>
      <w:r w:rsidR="00ED776F"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</w:p>
    <w:p w:rsidR="008D0815" w:rsidRDefault="00ED776F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C8725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D0815" w:rsidRPr="00C8725D">
        <w:rPr>
          <w:rFonts w:ascii="Times New Roman" w:hAnsi="Times New Roman" w:cs="Times New Roman"/>
          <w:sz w:val="28"/>
          <w:szCs w:val="28"/>
          <w:lang w:val="ru-RU"/>
        </w:rPr>
        <w:t>лотно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>сть</w:t>
      </w:r>
      <w:r w:rsidR="008D0815"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снега</w:t>
      </w:r>
      <w:r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__________</w:t>
      </w:r>
      <w:proofErr w:type="gramStart"/>
      <w:r w:rsidRPr="00C8725D">
        <w:rPr>
          <w:rFonts w:ascii="Times New Roman" w:hAnsi="Times New Roman" w:cs="Times New Roman"/>
          <w:sz w:val="28"/>
          <w:szCs w:val="28"/>
          <w:lang w:val="ru-RU"/>
        </w:rPr>
        <w:t>кг</w:t>
      </w:r>
      <w:proofErr w:type="gramEnd"/>
      <w:r w:rsidRPr="00C8725D">
        <w:rPr>
          <w:rFonts w:ascii="Times New Roman" w:hAnsi="Times New Roman" w:cs="Times New Roman"/>
          <w:sz w:val="28"/>
          <w:szCs w:val="28"/>
          <w:lang w:val="ru-RU"/>
        </w:rPr>
        <w:t>/м</w:t>
      </w:r>
      <w:r w:rsidRPr="00C8725D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="008D0815" w:rsidRPr="00C872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725D" w:rsidRPr="00C8725D">
        <w:rPr>
          <w:rFonts w:ascii="Times New Roman" w:hAnsi="Times New Roman" w:cs="Times New Roman"/>
          <w:sz w:val="28"/>
          <w:szCs w:val="28"/>
          <w:lang w:val="ru-RU"/>
        </w:rPr>
        <w:t>, масса снеговика находится по формуле ____________кг</w:t>
      </w:r>
    </w:p>
    <w:p w:rsidR="00F50592" w:rsidRDefault="00F5059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50592" w:rsidRDefault="00F5059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50592" w:rsidRPr="00C8725D" w:rsidRDefault="00F50592" w:rsidP="009A4CC2">
      <w:pPr>
        <w:tabs>
          <w:tab w:val="left" w:pos="25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Исполнители:__________________________________________________</w:t>
      </w:r>
      <w:bookmarkStart w:id="0" w:name="_GoBack"/>
      <w:bookmarkEnd w:id="0"/>
    </w:p>
    <w:sectPr w:rsidR="00F50592" w:rsidRPr="00C8725D" w:rsidSect="00115FFB">
      <w:pgSz w:w="12240" w:h="15840"/>
      <w:pgMar w:top="709" w:right="1041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AAF" w:rsidRDefault="006C3AAF" w:rsidP="00660440">
      <w:pPr>
        <w:spacing w:after="0" w:line="240" w:lineRule="auto"/>
      </w:pPr>
      <w:r>
        <w:separator/>
      </w:r>
    </w:p>
  </w:endnote>
  <w:endnote w:type="continuationSeparator" w:id="0">
    <w:p w:rsidR="006C3AAF" w:rsidRDefault="006C3AAF" w:rsidP="0066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AAF" w:rsidRDefault="006C3AAF" w:rsidP="00660440">
      <w:pPr>
        <w:spacing w:after="0" w:line="240" w:lineRule="auto"/>
      </w:pPr>
      <w:r>
        <w:separator/>
      </w:r>
    </w:p>
  </w:footnote>
  <w:footnote w:type="continuationSeparator" w:id="0">
    <w:p w:rsidR="006C3AAF" w:rsidRDefault="006C3AAF" w:rsidP="0066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F076352"/>
    <w:multiLevelType w:val="multilevel"/>
    <w:tmpl w:val="F61C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15FFB"/>
    <w:rsid w:val="0015074B"/>
    <w:rsid w:val="0029639D"/>
    <w:rsid w:val="00326F90"/>
    <w:rsid w:val="00660440"/>
    <w:rsid w:val="006C3AAF"/>
    <w:rsid w:val="007B0179"/>
    <w:rsid w:val="008A790F"/>
    <w:rsid w:val="008D0815"/>
    <w:rsid w:val="009A4CC2"/>
    <w:rsid w:val="00AA1D8D"/>
    <w:rsid w:val="00B47730"/>
    <w:rsid w:val="00C8725D"/>
    <w:rsid w:val="00CB0664"/>
    <w:rsid w:val="00E33DAA"/>
    <w:rsid w:val="00ED776F"/>
    <w:rsid w:val="00F5059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6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60440"/>
    <w:rPr>
      <w:rFonts w:ascii="Tahoma" w:hAnsi="Tahoma" w:cs="Tahoma"/>
      <w:sz w:val="16"/>
      <w:szCs w:val="16"/>
    </w:rPr>
  </w:style>
  <w:style w:type="paragraph" w:styleId="affa">
    <w:name w:val="Normal (Web)"/>
    <w:basedOn w:val="a1"/>
    <w:uiPriority w:val="99"/>
    <w:semiHidden/>
    <w:unhideWhenUsed/>
    <w:rsid w:val="00ED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6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60440"/>
    <w:rPr>
      <w:rFonts w:ascii="Tahoma" w:hAnsi="Tahoma" w:cs="Tahoma"/>
      <w:sz w:val="16"/>
      <w:szCs w:val="16"/>
    </w:rPr>
  </w:style>
  <w:style w:type="paragraph" w:styleId="affa">
    <w:name w:val="Normal (Web)"/>
    <w:basedOn w:val="a1"/>
    <w:uiPriority w:val="99"/>
    <w:semiHidden/>
    <w:unhideWhenUsed/>
    <w:rsid w:val="00ED7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5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30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36C8D-2532-4679-8050-5DBBC5507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uzer</cp:lastModifiedBy>
  <cp:revision>4</cp:revision>
  <dcterms:created xsi:type="dcterms:W3CDTF">2025-11-24T16:19:00Z</dcterms:created>
  <dcterms:modified xsi:type="dcterms:W3CDTF">2025-11-24T16:41:00Z</dcterms:modified>
</cp:coreProperties>
</file>