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A1A" w:rsidRPr="00865C87" w:rsidRDefault="008B342F" w:rsidP="008B342F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714490" cy="94815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948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FB1"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865C87" w:rsidRPr="00865C87" w:rsidRDefault="00865C87" w:rsidP="00865C8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 xml:space="preserve">Рабочая программа по </w:t>
      </w:r>
      <w:r w:rsidR="00F860A8">
        <w:rPr>
          <w:rFonts w:ascii="Times New Roman" w:hAnsi="Times New Roman"/>
          <w:sz w:val="24"/>
          <w:szCs w:val="24"/>
          <w:lang w:val="ru-RU"/>
        </w:rPr>
        <w:t>Английскому языку</w:t>
      </w:r>
      <w:r w:rsidRPr="00865C87">
        <w:rPr>
          <w:rFonts w:ascii="Times New Roman" w:hAnsi="Times New Roman"/>
          <w:sz w:val="24"/>
          <w:szCs w:val="24"/>
          <w:lang w:val="ru-RU"/>
        </w:rPr>
        <w:t xml:space="preserve"> в 5 классе является составной частью основной образовательной программы основного общего образования МАОУ Омутинской СОШ № 1. </w:t>
      </w:r>
      <w:proofErr w:type="spellStart"/>
      <w:r w:rsidRPr="00865C87">
        <w:rPr>
          <w:rFonts w:ascii="Times New Roman" w:hAnsi="Times New Roman"/>
          <w:sz w:val="24"/>
          <w:szCs w:val="24"/>
        </w:rPr>
        <w:t>Рабочая</w:t>
      </w:r>
      <w:proofErr w:type="spellEnd"/>
      <w:r w:rsidRPr="00865C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65C87">
        <w:rPr>
          <w:rFonts w:ascii="Times New Roman" w:hAnsi="Times New Roman"/>
          <w:sz w:val="24"/>
          <w:szCs w:val="24"/>
        </w:rPr>
        <w:t>программа</w:t>
      </w:r>
      <w:proofErr w:type="spellEnd"/>
      <w:r w:rsidRPr="00865C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65C87">
        <w:rPr>
          <w:rFonts w:ascii="Times New Roman" w:hAnsi="Times New Roman"/>
          <w:sz w:val="24"/>
          <w:szCs w:val="24"/>
        </w:rPr>
        <w:t>составлена</w:t>
      </w:r>
      <w:proofErr w:type="spellEnd"/>
      <w:r w:rsidRPr="00865C87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865C87">
        <w:rPr>
          <w:rFonts w:ascii="Times New Roman" w:hAnsi="Times New Roman"/>
          <w:sz w:val="24"/>
          <w:szCs w:val="24"/>
        </w:rPr>
        <w:t>соответствии</w:t>
      </w:r>
      <w:proofErr w:type="spellEnd"/>
      <w:r w:rsidRPr="00865C87">
        <w:rPr>
          <w:rFonts w:ascii="Times New Roman" w:hAnsi="Times New Roman"/>
          <w:sz w:val="24"/>
          <w:szCs w:val="24"/>
        </w:rPr>
        <w:t>:</w:t>
      </w:r>
    </w:p>
    <w:p w:rsidR="00865C87" w:rsidRPr="00865C87" w:rsidRDefault="00865C87" w:rsidP="00865C87">
      <w:pPr>
        <w:pStyle w:val="ae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0" w:firstLine="72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 xml:space="preserve">с  Федеральным государственным образовательным стандартом основного общего образования (ФГОС ООО), утвержденного приказом Министерства образования и науки 31 мая 2021 г. № 287; </w:t>
      </w:r>
    </w:p>
    <w:p w:rsidR="00865C87" w:rsidRPr="00865C87" w:rsidRDefault="00865C87" w:rsidP="00865C87">
      <w:pPr>
        <w:pStyle w:val="ae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0" w:firstLine="72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 xml:space="preserve">учебным планом основного общего образования МАОУ Омутинской СОШ № 1 на 2022- 2023 учебный год;  </w:t>
      </w:r>
    </w:p>
    <w:p w:rsidR="00865C87" w:rsidRPr="00865C87" w:rsidRDefault="00865C87" w:rsidP="00865C87">
      <w:pPr>
        <w:pStyle w:val="ae"/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0" w:firstLine="720"/>
        <w:contextualSpacing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>рабочей программой воспитания МАОУ Омутинской СОШ № 1;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«ИНОСТРАННЫЙ (АНГЛИЙСКИЙ) ЯЗЫК »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-4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Предмету «Иностранный (английский) язык» принадлежит важное место в системе общего образования и воспитания современного школьника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идентичности, расширению кругозора, воспитанию чувств и эмоций. Наряду с этим иностранный язык выступает инструментом овладения другими предметными областями в сфере гуманитарных, математических,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естественно-научных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и других наук и становится важной составляющей базы для общего и специального образования.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 последние десятилетия наблюдается трансформация взглядов на владение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иностранным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языком, усиление общественных запросов на квалифицированных и мобильных людей, способных быстро адаптироваться к изменяющимся потребностям общества, овладевать новыми компетенциями.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Владение иностранным языком сейчас рассматривается как часть профессии, поэтому он является универсальным предметом, которым стремятся овладеть современные школьники независимо от выбранных ими профильных предметов (математика, история, химия, физика и др.). Таким образом, владение иностранным языком становится одним из важнейших средств социализации и успешной профессиональной деятельности выпускника школы.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-5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Возрастает значимость владения разными иностранными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языками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как в качестве первого, так и в качество второго. Расширение номенклатуры изучаемых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более эффективное общение,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lastRenderedPageBreak/>
        <w:t>учитывающее особенности культуры партнёра, что позволяет успешнее решать возникающие проблемы и избегать конфликтов.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-5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Естественно, возрастание значимости владения иностранными языками приводит к переосмыслению целей и содержания обучения предмету.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«ИНОСТРАННЫЙ (АНГЛИЙСКИЙ) ЯЗЫК»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-5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 свете сказанного выше цели иноязычного образования становятся более сложными по структуре, формулируются на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ценностном, когнитивном и прагматическом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уровнях и, соответственно,</w:t>
      </w:r>
      <w:r w:rsid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воплощаются в личностных, метапредметных/общеучебных/универсальных и предметных результатах обучения.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А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ств гр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ажданина, патриота; развития национального самосознания, стремления к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взаимопониманию между людьми разных стран.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-5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На прагматическом уровне </w:t>
      </w: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 xml:space="preserve">целью иноязычного образования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—  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речевая компетенция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— развитие коммуникативных умений в четырёх основных видах речевой деятельности (говорении, аудировании, чтении, письме);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—  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языковая компетенция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— овладение новыми языковыми средствами (фонетическими,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орфографическими, лексическими, грамматическими) в соответствии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c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отобранными темами общения;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освоение знаний о языковых явлениях изучаемого языка, разных способах выражения мысли в родном и иностранном языках;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—  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социокультурная/межкультурная компетенция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  <w:proofErr w:type="gramEnd"/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—  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компенсаторная компетенция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— развитие умений выходить из положения в условиях дефицита языковых сре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дств пр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и получении и передаче информации.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-5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Наряду с иноязычной коммуникативной компетенцией средствами иностранного языка формируются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ключевые универсальные учебные компетенции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:rsidR="00D20A1A" w:rsidRDefault="004D5FB1" w:rsidP="00865C87">
      <w:pPr>
        <w:autoSpaceDE w:val="0"/>
        <w:autoSpaceDN w:val="0"/>
        <w:spacing w:after="0" w:line="360" w:lineRule="auto"/>
        <w:ind w:right="-5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 соответствии с личностно ориентированной парадигмой образования основными подходами к обучению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иностранным языкам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признаются компетентностный, системно-деятельностный,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межкультурный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и коммуникативно-когнитивный. Совокупность перечисленных подходов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lastRenderedPageBreak/>
        <w:t>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:rsidR="00737FCB" w:rsidRPr="00737FCB" w:rsidRDefault="00737FCB" w:rsidP="00737FCB">
      <w:pPr>
        <w:pStyle w:val="af"/>
        <w:spacing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37FCB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737FCB">
        <w:rPr>
          <w:rFonts w:ascii="Times New Roman" w:hAnsi="Times New Roman"/>
          <w:b/>
          <w:sz w:val="24"/>
          <w:szCs w:val="24"/>
          <w:lang w:val="ru-RU"/>
        </w:rPr>
        <w:t>СВЯЗЬ С РАБОЧЕЙ ПРОГРАММОЙ ВОСПИТАНИЯ ШКОЛЫ:</w:t>
      </w:r>
    </w:p>
    <w:p w:rsidR="00737FCB" w:rsidRPr="00737FCB" w:rsidRDefault="00737FCB" w:rsidP="00737FCB">
      <w:pPr>
        <w:pStyle w:val="af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37FCB">
        <w:rPr>
          <w:rFonts w:ascii="Times New Roman" w:hAnsi="Times New Roman"/>
          <w:sz w:val="24"/>
          <w:szCs w:val="24"/>
          <w:lang w:val="ru-RU"/>
        </w:rPr>
        <w:t>Привлечение внимания школьников к ценностному аспекту изучаемых на уроках фактов;</w:t>
      </w:r>
    </w:p>
    <w:p w:rsidR="00737FCB" w:rsidRPr="00737FCB" w:rsidRDefault="00737FCB" w:rsidP="00737FCB">
      <w:pPr>
        <w:pStyle w:val="af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37FCB">
        <w:rPr>
          <w:rFonts w:ascii="Times New Roman" w:hAnsi="Times New Roman"/>
          <w:sz w:val="24"/>
          <w:szCs w:val="24"/>
          <w:lang w:val="ru-RU"/>
        </w:rPr>
        <w:t xml:space="preserve">использование воспитательных возможностей содержания учебного предмета через подбор соответствующих текстов для чтения, задач для решения, проблемных ситуаций для обсуждения в классе;  </w:t>
      </w:r>
    </w:p>
    <w:p w:rsidR="00737FCB" w:rsidRPr="00737FCB" w:rsidRDefault="00737FCB" w:rsidP="00737FCB">
      <w:pPr>
        <w:pStyle w:val="af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37FCB">
        <w:rPr>
          <w:rFonts w:ascii="Times New Roman" w:hAnsi="Times New Roman"/>
          <w:sz w:val="24"/>
          <w:szCs w:val="24"/>
          <w:lang w:val="ru-RU"/>
        </w:rPr>
        <w:t>применение на уроке интерактивных форм работы учащихся;</w:t>
      </w:r>
    </w:p>
    <w:p w:rsidR="00737FCB" w:rsidRPr="00737FCB" w:rsidRDefault="00737FCB" w:rsidP="00737FCB">
      <w:pPr>
        <w:pStyle w:val="af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37FCB">
        <w:rPr>
          <w:rFonts w:ascii="Times New Roman" w:hAnsi="Times New Roman"/>
          <w:sz w:val="24"/>
          <w:szCs w:val="24"/>
          <w:lang w:val="ru-RU"/>
        </w:rPr>
        <w:t>интеллектуальных игр, стимулирующих познавательную мотивацию учащихся, где полученные на уроке знания дают возможность приобрести опыт ведения конструктивного диалога; групповой работы или работы в парах, которые учат школьников участию в команде и взаимодействию с другими детьми;</w:t>
      </w:r>
    </w:p>
    <w:p w:rsidR="00737FCB" w:rsidRPr="00737FCB" w:rsidRDefault="00737FCB" w:rsidP="00737FCB">
      <w:pPr>
        <w:pStyle w:val="af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737FCB">
        <w:rPr>
          <w:rFonts w:ascii="Times New Roman" w:hAnsi="Times New Roman"/>
          <w:sz w:val="24"/>
          <w:szCs w:val="24"/>
          <w:lang w:val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публичного выступления перед аудиторией, аргументирования и отстаивания своей точки зрения.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8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>МЕСТО УЧЕБНОГО ПРЕДМЕТА В УЧЕБНОМ ПЛАНЕ</w:t>
      </w:r>
      <w:r w:rsid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>«ИНОСТРАННЫЙ (АНГЛИЙСКИЙ) ЯЗЫК»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Обязательный учебный предмет «Иностранный язык» входит в предметную область «Иностранные языки» и изучается обязательно со 2-го по 11-ый класс. На изучение иностранного языка в 5 классе отведено 102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учебных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часа, по 3 часа в неделю.</w:t>
      </w:r>
    </w:p>
    <w:p w:rsidR="00D20A1A" w:rsidRPr="00865C87" w:rsidRDefault="00D20A1A" w:rsidP="00865C8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  <w:sectPr w:rsidR="00D20A1A" w:rsidRPr="00865C87">
          <w:pgSz w:w="11900" w:h="16840"/>
          <w:pgMar w:top="286" w:right="660" w:bottom="1440" w:left="666" w:header="720" w:footer="720" w:gutter="0"/>
          <w:cols w:space="720" w:equalWidth="0">
            <w:col w:w="10574" w:space="0"/>
          </w:cols>
          <w:docGrid w:linePitch="360"/>
        </w:sectPr>
      </w:pPr>
    </w:p>
    <w:p w:rsidR="00D20A1A" w:rsidRPr="00865C87" w:rsidRDefault="00D20A1A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20A1A" w:rsidRPr="00865C87" w:rsidRDefault="004D5FB1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737FCB" w:rsidRDefault="004D5FB1" w:rsidP="00737FCB">
      <w:pPr>
        <w:tabs>
          <w:tab w:val="left" w:pos="0"/>
        </w:tabs>
        <w:autoSpaceDE w:val="0"/>
        <w:autoSpaceDN w:val="0"/>
        <w:spacing w:after="0" w:line="360" w:lineRule="auto"/>
        <w:ind w:left="720" w:right="-4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КОММУНИКАТИВНЫЕ УМЕНИЯ </w:t>
      </w:r>
    </w:p>
    <w:p w:rsidR="00D20A1A" w:rsidRPr="00865C87" w:rsidRDefault="004D5FB1" w:rsidP="00737FCB">
      <w:pPr>
        <w:tabs>
          <w:tab w:val="left" w:pos="0"/>
        </w:tabs>
        <w:autoSpaceDE w:val="0"/>
        <w:autoSpaceDN w:val="0"/>
        <w:spacing w:after="0" w:line="360" w:lineRule="auto"/>
        <w:ind w:left="720" w:right="-48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D20A1A" w:rsidRPr="00865C87" w:rsidRDefault="004D5FB1" w:rsidP="00737FCB">
      <w:pPr>
        <w:autoSpaceDE w:val="0"/>
        <w:autoSpaceDN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Моя семья. Мои друзья. Семейные праздники: день рождения, Новый год.</w:t>
      </w:r>
    </w:p>
    <w:p w:rsidR="00D20A1A" w:rsidRPr="00865C87" w:rsidRDefault="00737FCB" w:rsidP="00737FCB">
      <w:pPr>
        <w:tabs>
          <w:tab w:val="left" w:pos="180"/>
        </w:tabs>
        <w:autoSpaceDE w:val="0"/>
        <w:autoSpaceDN w:val="0"/>
        <w:spacing w:after="0" w:line="360" w:lineRule="auto"/>
        <w:ind w:right="14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ab/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Внешность и характер человека/литературного персонажа. Досуг и увлечения/хобби современного подростка (чтение, кино, спорт).</w:t>
      </w:r>
    </w:p>
    <w:p w:rsidR="00D20A1A" w:rsidRPr="00865C87" w:rsidRDefault="004D5FB1" w:rsidP="00737FCB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Здоровый образ жизни: режим труда и отдыха, здоровое питание.</w:t>
      </w:r>
    </w:p>
    <w:p w:rsidR="00D20A1A" w:rsidRPr="00865C87" w:rsidRDefault="00737FCB" w:rsidP="00737FCB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</w:t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окупки: одежда, обувь и продукты питания.</w:t>
      </w:r>
    </w:p>
    <w:p w:rsidR="00D20A1A" w:rsidRPr="00865C87" w:rsidRDefault="004D5FB1" w:rsidP="00737FCB">
      <w:pPr>
        <w:tabs>
          <w:tab w:val="left" w:pos="180"/>
        </w:tabs>
        <w:autoSpaceDE w:val="0"/>
        <w:autoSpaceDN w:val="0"/>
        <w:spacing w:after="0" w:line="360" w:lineRule="auto"/>
        <w:ind w:right="86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Школа, школьная жизнь, школьная форма, изучаемые предметы. Переписка с зарубежными сверстниками.</w:t>
      </w:r>
    </w:p>
    <w:p w:rsidR="00D20A1A" w:rsidRPr="00865C87" w:rsidRDefault="004D5FB1" w:rsidP="00737FCB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Каникулы в различное время года. Виды отдыха.</w:t>
      </w:r>
    </w:p>
    <w:p w:rsidR="00D20A1A" w:rsidRPr="00865C87" w:rsidRDefault="004D5FB1" w:rsidP="00737FCB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Природа: дикие и домашние животные. Погода. Родной город/село. Транспорт.</w:t>
      </w:r>
    </w:p>
    <w:p w:rsidR="00D20A1A" w:rsidRPr="00865C87" w:rsidRDefault="004D5FB1" w:rsidP="00737FCB">
      <w:pPr>
        <w:tabs>
          <w:tab w:val="left" w:pos="180"/>
        </w:tabs>
        <w:autoSpaceDE w:val="0"/>
        <w:autoSpaceDN w:val="0"/>
        <w:spacing w:after="0" w:line="360" w:lineRule="auto"/>
        <w:ind w:right="-4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Родная страна и страна/страны изучаемого языка.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Их географическое положение, столицы; достопримечательности, культурные особенности (национальные праздники, традиции, обычаи).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Выдающиеся люди родной страны и страны/стран изучаемого языка: писатели, поэты.</w:t>
      </w:r>
    </w:p>
    <w:p w:rsidR="00737FCB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Говорение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 xml:space="preserve">диалогической речи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на базе умений, сформированных в начальной школе: 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диалог этикетного  характера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:  начинать,  поддерживать и заканчивать разговор (в том числе разговор по телефону); поздравлять с праздником и вежливо реагировать на поздравление; выражать благодарность; вежливо соглашаться на предложение/отказываться от предложения собеседника; </w:t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диалог-побуждение к действию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: обращаться с просьбой, вежливо соглашаться/не соглашаться выполнить просьбу; приглашать собеседника к совместной деятельности, вежливо соглашаться/не соглашаться на предложение собеседника;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="00737FCB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диалог-расспрос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: сообщать фактическую информацию, отвечая на вопросы разных видов; запрашивать интересующую информацию.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Объём диалога — до 5 реплик со стороны каждого собеседника.</w:t>
      </w:r>
    </w:p>
    <w:p w:rsidR="00737FCB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576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 xml:space="preserve">монологической речи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на базе умений, сформированных в начальной школе: </w:t>
      </w:r>
    </w:p>
    <w:p w:rsidR="00737FCB" w:rsidRPr="00737FCB" w:rsidRDefault="00737FCB" w:rsidP="00737FCB">
      <w:pPr>
        <w:tabs>
          <w:tab w:val="left" w:pos="180"/>
        </w:tabs>
        <w:autoSpaceDE w:val="0"/>
        <w:autoSpaceDN w:val="0"/>
        <w:spacing w:after="0" w:line="360" w:lineRule="auto"/>
        <w:ind w:right="576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737FC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lastRenderedPageBreak/>
        <w:tab/>
        <w:t>1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) </w:t>
      </w:r>
      <w:r w:rsidR="004D5FB1" w:rsidRPr="00737FC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создание устных  связных  монологических  высказываний с использованием основных коммуникативных типов речи:</w:t>
      </w:r>
    </w:p>
    <w:p w:rsidR="00D20A1A" w:rsidRPr="00737FCB" w:rsidRDefault="004D5FB1" w:rsidP="00737FCB">
      <w:pPr>
        <w:ind w:firstLine="720"/>
        <w:rPr>
          <w:rFonts w:ascii="Times New Roman" w:hAnsi="Times New Roman"/>
          <w:sz w:val="24"/>
          <w:szCs w:val="24"/>
          <w:lang w:val="ru-RU"/>
        </w:rPr>
      </w:pPr>
      <w:r w:rsidRPr="00737FCB">
        <w:rPr>
          <w:lang w:val="ru-RU"/>
        </w:rPr>
        <w:t>—   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  <w:r w:rsidRPr="00737FCB">
        <w:rPr>
          <w:lang w:val="ru-RU"/>
        </w:rPr>
        <w:br/>
      </w:r>
      <w:r w:rsidRPr="00737FCB">
        <w:rPr>
          <w:lang w:val="ru-RU"/>
        </w:rPr>
        <w:tab/>
      </w:r>
      <w:r w:rsidRPr="00737FCB">
        <w:rPr>
          <w:rFonts w:ascii="Times New Roman" w:hAnsi="Times New Roman"/>
          <w:sz w:val="24"/>
          <w:szCs w:val="24"/>
          <w:lang w:val="ru-RU"/>
        </w:rPr>
        <w:t xml:space="preserve">—   повествование/сообщение; </w:t>
      </w:r>
      <w:r w:rsidRPr="00737FCB">
        <w:rPr>
          <w:rFonts w:ascii="Times New Roman" w:hAnsi="Times New Roman"/>
          <w:sz w:val="24"/>
          <w:szCs w:val="24"/>
          <w:lang w:val="ru-RU"/>
        </w:rPr>
        <w:br/>
      </w:r>
      <w:r w:rsidRPr="00737FCB">
        <w:rPr>
          <w:rFonts w:ascii="Times New Roman" w:hAnsi="Times New Roman"/>
          <w:sz w:val="24"/>
          <w:szCs w:val="24"/>
          <w:lang w:val="ru-RU"/>
        </w:rPr>
        <w:tab/>
        <w:t xml:space="preserve">2) изложение (пересказ) основного содержания прочитанного текста; </w:t>
      </w:r>
      <w:r w:rsidRPr="00737FCB">
        <w:rPr>
          <w:rFonts w:ascii="Times New Roman" w:hAnsi="Times New Roman"/>
          <w:sz w:val="24"/>
          <w:szCs w:val="24"/>
          <w:lang w:val="ru-RU"/>
        </w:rPr>
        <w:br/>
      </w:r>
      <w:r w:rsidRPr="00737FCB">
        <w:rPr>
          <w:rFonts w:ascii="Times New Roman" w:hAnsi="Times New Roman"/>
          <w:sz w:val="24"/>
          <w:szCs w:val="24"/>
          <w:lang w:val="ru-RU"/>
        </w:rPr>
        <w:tab/>
        <w:t>3) краткое изложение результатов выполненной проектной работы.</w:t>
      </w:r>
    </w:p>
    <w:p w:rsidR="00D20A1A" w:rsidRPr="00737FCB" w:rsidRDefault="004D5FB1" w:rsidP="00865C87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737FC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</w:r>
    </w:p>
    <w:p w:rsidR="00D20A1A" w:rsidRPr="00737FCB" w:rsidRDefault="004D5FB1" w:rsidP="00865C87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737FC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Объём монологического высказывания — 5-6 фраз.</w:t>
      </w:r>
    </w:p>
    <w:p w:rsidR="00737FCB" w:rsidRDefault="00737FCB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   </w:t>
      </w:r>
      <w:r w:rsidR="004D5FB1"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Аудирование </w:t>
      </w:r>
      <w:r w:rsidR="004D5FB1" w:rsidRPr="00865C87">
        <w:rPr>
          <w:rFonts w:ascii="Times New Roman" w:hAnsi="Times New Roman"/>
          <w:sz w:val="24"/>
          <w:szCs w:val="24"/>
          <w:lang w:val="ru-RU"/>
        </w:rPr>
        <w:br/>
      </w:r>
      <w:r w:rsidR="004D5FB1" w:rsidRPr="00865C87">
        <w:rPr>
          <w:rFonts w:ascii="Times New Roman" w:hAnsi="Times New Roman"/>
          <w:sz w:val="24"/>
          <w:szCs w:val="24"/>
          <w:lang w:val="ru-RU"/>
        </w:rPr>
        <w:tab/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="004D5FB1"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 xml:space="preserve">аудирования </w:t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на базе умений, сформированных в начальной школе: </w:t>
      </w:r>
      <w:r w:rsidR="004D5FB1" w:rsidRPr="00865C87">
        <w:rPr>
          <w:rFonts w:ascii="Times New Roman" w:hAnsi="Times New Roman"/>
          <w:sz w:val="24"/>
          <w:szCs w:val="24"/>
          <w:lang w:val="ru-RU"/>
        </w:rPr>
        <w:br/>
      </w:r>
      <w:r w:rsidR="004D5FB1" w:rsidRPr="00865C87"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ab/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при непосредственном общении: понимание на слух речи учителя и одноклассников и </w:t>
      </w:r>
      <w:r w:rsidR="004D5FB1" w:rsidRPr="00865C87">
        <w:rPr>
          <w:rFonts w:ascii="Times New Roman" w:hAnsi="Times New Roman"/>
          <w:sz w:val="24"/>
          <w:szCs w:val="24"/>
          <w:lang w:val="ru-RU"/>
        </w:rPr>
        <w:br/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вербальная/невербальная реакция </w:t>
      </w:r>
      <w:proofErr w:type="gramStart"/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на</w:t>
      </w:r>
      <w:proofErr w:type="gramEnd"/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услышанное; 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</w:t>
      </w:r>
    </w:p>
    <w:p w:rsidR="00D20A1A" w:rsidRPr="00865C87" w:rsidRDefault="004D5FB1" w:rsidP="00737FCB">
      <w:pPr>
        <w:autoSpaceDE w:val="0"/>
        <w:autoSpaceDN w:val="0"/>
        <w:spacing w:after="0" w:line="360" w:lineRule="auto"/>
        <w:ind w:right="-46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Аудирование с пониманием запрашиваемой информации предполагает умение выделять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запрашиваемую информацию, представленную в эксплицитной (явной) форме, в воспринимаемом на слух тексте.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Время звучания текста/текстов для аудирования — до 1 минуты.</w:t>
      </w:r>
    </w:p>
    <w:p w:rsidR="00737FCB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432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Смысловое чтение </w:t>
      </w:r>
    </w:p>
    <w:p w:rsidR="00D20A1A" w:rsidRPr="00865C87" w:rsidRDefault="004D5FB1" w:rsidP="00737FCB">
      <w:pPr>
        <w:tabs>
          <w:tab w:val="left" w:pos="180"/>
        </w:tabs>
        <w:autoSpaceDE w:val="0"/>
        <w:autoSpaceDN w:val="0"/>
        <w:spacing w:after="0" w:line="360" w:lineRule="auto"/>
        <w:ind w:right="-46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D20A1A" w:rsidRPr="00865C87" w:rsidRDefault="004D5FB1" w:rsidP="00737FCB">
      <w:pPr>
        <w:autoSpaceDE w:val="0"/>
        <w:autoSpaceDN w:val="0"/>
        <w:spacing w:after="0" w:line="360" w:lineRule="auto"/>
        <w:ind w:right="-46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lastRenderedPageBreak/>
        <w:t xml:space="preserve">Чтение с пониманием основного содержания текста предполагает умение определять основную тему и главные факты/события в прочитанном тексте, игнорировать незнакомые слова,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несущественные для понимания основного содержания.</w:t>
      </w:r>
    </w:p>
    <w:p w:rsidR="00D20A1A" w:rsidRPr="00865C87" w:rsidRDefault="004D5FB1" w:rsidP="00737FCB">
      <w:pPr>
        <w:tabs>
          <w:tab w:val="left" w:pos="180"/>
        </w:tabs>
        <w:autoSpaceDE w:val="0"/>
        <w:autoSpaceDN w:val="0"/>
        <w:spacing w:after="0" w:line="360" w:lineRule="auto"/>
        <w:ind w:right="-46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 </w:t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Чтение несплошных текстов (таблиц) и понимание представленной в них информации.</w:t>
      </w:r>
    </w:p>
    <w:p w:rsidR="00D20A1A" w:rsidRPr="00865C87" w:rsidRDefault="004D5FB1" w:rsidP="00737FCB">
      <w:pPr>
        <w:autoSpaceDE w:val="0"/>
        <w:autoSpaceDN w:val="0"/>
        <w:spacing w:after="0" w:line="360" w:lineRule="auto"/>
        <w:ind w:right="-46" w:firstLine="72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несплошной текст (таблица).</w:t>
      </w:r>
      <w:proofErr w:type="gramEnd"/>
    </w:p>
    <w:p w:rsidR="00D20A1A" w:rsidRPr="00865C87" w:rsidRDefault="004D5FB1" w:rsidP="00737FCB">
      <w:pPr>
        <w:autoSpaceDE w:val="0"/>
        <w:autoSpaceDN w:val="0"/>
        <w:spacing w:after="0" w:line="360" w:lineRule="auto"/>
        <w:ind w:left="180" w:right="-46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Объём текста/текстов для чтения — 180-200 слов.</w:t>
      </w:r>
    </w:p>
    <w:p w:rsidR="00737FCB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>Письменная речь</w:t>
      </w:r>
    </w:p>
    <w:p w:rsidR="00737FCB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Развитие умений письменной речи на базе умений, сформированных в начальной школе: списывание текста и выписывание из него слов, словосочетаний, предложений в соответствии с решаемой коммуникативной задачей; 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написание коротких поздравлений с праздниками (с Новым годом, Рождеством, днём рождения); </w:t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заполнение анкет и формуляров: сообщение о себе основных сведений в соответствии с нормами, принятыми в стране/странах изучаемого языка;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написание электронного сообщения личного характера: сообщение кратких сведений о себе; оформление обращения, завершающей фразы и подписи в соответствии с нормами неофициального общения, принятыми в стране/странах изучаемого языка.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Объём сообщения — до 60 слов.</w:t>
      </w:r>
    </w:p>
    <w:p w:rsidR="00737FCB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ЯЗЫКОВЫЕ ЗНАНИЯ И УМЕНИЯ </w:t>
      </w:r>
    </w:p>
    <w:p w:rsidR="00737FCB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>Фонетическая сторона речи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Различение на  слух  и  адекватное,  без  ошибок, 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86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демонстрирующее понимание текста.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Тексты для чтения вслух: беседа/диалог, рассказ, отрывок из статьи научно-популярного характера, сообщение информационного характера.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Объём текста для чтения вслух — до 90 слов.</w:t>
      </w:r>
    </w:p>
    <w:p w:rsidR="00737FCB" w:rsidRDefault="004D5FB1" w:rsidP="00737FCB">
      <w:pPr>
        <w:autoSpaceDE w:val="0"/>
        <w:autoSpaceDN w:val="0"/>
        <w:spacing w:after="0" w:line="360" w:lineRule="auto"/>
        <w:ind w:left="180" w:right="-96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Графика, орфография и пунктуация </w:t>
      </w:r>
    </w:p>
    <w:p w:rsidR="00D20A1A" w:rsidRPr="00865C87" w:rsidRDefault="004D5FB1" w:rsidP="00737FCB">
      <w:pPr>
        <w:autoSpaceDE w:val="0"/>
        <w:autoSpaceDN w:val="0"/>
        <w:spacing w:after="0" w:line="360" w:lineRule="auto"/>
        <w:ind w:left="180" w:right="-96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lastRenderedPageBreak/>
        <w:t>Правильное написание изученных слов.</w:t>
      </w:r>
    </w:p>
    <w:p w:rsidR="00D20A1A" w:rsidRPr="00865C87" w:rsidRDefault="00737FCB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D20A1A" w:rsidRPr="00865C87" w:rsidRDefault="00737FCB" w:rsidP="00737FCB">
      <w:pPr>
        <w:tabs>
          <w:tab w:val="left" w:pos="180"/>
        </w:tabs>
        <w:autoSpaceDE w:val="0"/>
        <w:autoSpaceDN w:val="0"/>
        <w:spacing w:after="0" w:line="360" w:lineRule="auto"/>
        <w:ind w:right="-96"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>Лексическая сторона речи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Объём изучаемой лексики: 625 лексических единиц для продуктивного использования (включая 500 лексических единиц, изученных в начальной школе) и 675 лексических единиц для рецептивного усвоения (включая 625 лексических единиц продуктивного минимума).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Основные способы словообразования: </w:t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аффиксация: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образование имён существительных при помощи суффиксов 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er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/-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or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(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teacher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/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visitor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), 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ist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(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scientist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, </w:t>
      </w:r>
      <w:r w:rsidR="00B361E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ourist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), 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sion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/-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tion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dis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cussion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/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invitation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);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образование имён  прилагательных при помощи суффиксов 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ful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(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wonderful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), 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ian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/-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an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(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Russian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/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American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образование наречий при помощи суффикса 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ly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(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recently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);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образование имён прилагательных, имён существительных и наречий при помощи отрицательного префикса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un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- (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unhappy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,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unreality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,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unusually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).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720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Грамматическая сторона речи 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7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D20A1A" w:rsidRPr="00865C87" w:rsidRDefault="00B361E7" w:rsidP="00B361E7">
      <w:p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            </w:t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Предложения с несколькими обстоятельствами, следующими в определённом порядке.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432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Вопросительные предложения (альтернативный и разделительный вопросы в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Present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/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Past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/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Future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Simple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Tense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).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Глаголы в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видо-временных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формах действительного залога в изъявительном наклонении в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Present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Perfect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Tense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в повествовательных (утвердительных и отрицательных) и вопросительных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предложениях.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Имена существительные во множественном числе, в том числе имена существительные, имеющие</w:t>
      </w:r>
      <w:r w:rsidR="00B361E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форму только множественного числа.</w:t>
      </w:r>
    </w:p>
    <w:p w:rsidR="00D20A1A" w:rsidRPr="00865C87" w:rsidRDefault="004D5FB1" w:rsidP="00B361E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Имена существительные с причастиями настоящего и прошедшего времени.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Наречия в положительной, сравнительной и превосходной степенях, образованные по правилу, и исключения.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lastRenderedPageBreak/>
        <w:t>СОЦИОКУЛЬТУРНЫЕ ЗНАНИЯ И УМЕНИЯ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Знание и использование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«В школе», «На улице»).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576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Знание социокультурного портрета родной страны и страны/стран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культуры страны/ стран изучаемого языка (известных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достопримечательностях, выдающихся людях); с доступными в языковом отношении образцами детской поэзии и прозы на английском языке.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Формирование умений: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правильно оформлять свой адрес на английском языке (в анкете, формуляре);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кратко представлять Россию и страну/страны изучаемого языка;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кратко представлять некоторые культурные явления родной страны и страны/стран изучаемого </w:t>
      </w:r>
      <w:r w:rsidR="00B361E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  Я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зыка (основные национальные праздники, традиции в проведении досуга и питании).</w:t>
      </w:r>
    </w:p>
    <w:p w:rsidR="00B361E7" w:rsidRDefault="004D5FB1" w:rsidP="00865C87">
      <w:pPr>
        <w:autoSpaceDE w:val="0"/>
        <w:autoSpaceDN w:val="0"/>
        <w:spacing w:after="0" w:line="360" w:lineRule="auto"/>
        <w:ind w:left="180" w:right="864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КОМПЕНСАТОРНЫЕ УМЕНИЯ 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left="180" w:right="86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Использование при чтении и аудировании языковой, в том числе контекстуальной, догадки.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576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Использование в качестве опоры при порождении собственных высказываний ключевых слов, плана.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D20A1A" w:rsidRPr="00865C87" w:rsidRDefault="00D20A1A" w:rsidP="00865C8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  <w:sectPr w:rsidR="00D20A1A" w:rsidRPr="00865C87">
          <w:pgSz w:w="11900" w:h="16840"/>
          <w:pgMar w:top="286" w:right="678" w:bottom="1440" w:left="666" w:header="720" w:footer="720" w:gutter="0"/>
          <w:cols w:space="720" w:equalWidth="0">
            <w:col w:w="10556" w:space="0"/>
          </w:cols>
          <w:docGrid w:linePitch="360"/>
        </w:sectPr>
      </w:pPr>
    </w:p>
    <w:p w:rsidR="00D20A1A" w:rsidRPr="00865C87" w:rsidRDefault="00D20A1A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20A1A" w:rsidRPr="00865C87" w:rsidRDefault="004D5FB1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D20A1A" w:rsidRPr="00865C87" w:rsidRDefault="004D5FB1" w:rsidP="00B361E7">
      <w:pPr>
        <w:tabs>
          <w:tab w:val="left" w:pos="180"/>
        </w:tabs>
        <w:autoSpaceDE w:val="0"/>
        <w:autoSpaceDN w:val="0"/>
        <w:spacing w:after="0" w:line="360" w:lineRule="auto"/>
        <w:ind w:right="-4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Изучение английского языка в 5 классе направлено на достижение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D20A1A" w:rsidRPr="00865C87" w:rsidRDefault="004D5FB1" w:rsidP="00B361E7">
      <w:pPr>
        <w:autoSpaceDE w:val="0"/>
        <w:autoSpaceDN w:val="0"/>
        <w:spacing w:after="0" w:line="360" w:lineRule="auto"/>
        <w:ind w:right="-4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Гражданского воспитания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: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активное участие в жизни семьи, Организации, местного сообщества, родного края, страны; </w:t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неприятие любых форм экстремизма, дискриминации; понимание роли различных социальных институтов в жизни человека;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готовность к участию в гуманитарной деятельности (волонтёрство, помощь людям, нуждающимся в ней).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432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Патриотического воспитания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: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432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432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народа; 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432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Духовно-нравственного воспитания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: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ориентация на моральные ценности и нормы в ситуациях нравственного выбора;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lastRenderedPageBreak/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Эстетического</w:t>
      </w:r>
      <w:r w:rsidR="00B361E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воспитания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: </w:t>
      </w:r>
    </w:p>
    <w:p w:rsidR="00B361E7" w:rsidRDefault="004D5FB1" w:rsidP="00B361E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B361E7" w:rsidRDefault="004D5FB1" w:rsidP="00B361E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D20A1A" w:rsidRPr="00865C87" w:rsidRDefault="004D5FB1" w:rsidP="00B361E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: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осознание ценности жизни;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 w:rsidR="00B361E7" w:rsidRDefault="00B361E7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с</w:t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облюдение правил безопасности, в том числе навыков безопасного поведения в </w:t>
      </w:r>
      <w:proofErr w:type="gramStart"/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интернет-среде</w:t>
      </w:r>
      <w:proofErr w:type="gramEnd"/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;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способность адаптироваться к стрессовым ситуациям и меняющимся социальным,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информационным и природным условиям, в том числе осмысляя собственный опыт и выстраивая дальнейшие цели;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умение принимать себя и других, не осуждая;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умение осознавать эмоциональное состояние себя и других, умение управлять собственным эмоциональным состоянием; 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Трудового воспитания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: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готовность адаптироваться в профессиональной среде; </w:t>
      </w:r>
    </w:p>
    <w:p w:rsidR="00B361E7" w:rsidRDefault="00B361E7" w:rsidP="00B361E7">
      <w:pPr>
        <w:tabs>
          <w:tab w:val="left" w:pos="18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  </w:t>
      </w:r>
      <w:r w:rsidR="004D5FB1" w:rsidRPr="00865C87">
        <w:rPr>
          <w:rFonts w:ascii="Times New Roman" w:hAnsi="Times New Roman"/>
          <w:sz w:val="24"/>
          <w:szCs w:val="24"/>
          <w:lang w:val="ru-RU"/>
        </w:rPr>
        <w:tab/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уважение к труду и результатам трудовой деятельности; </w:t>
      </w:r>
    </w:p>
    <w:p w:rsidR="00D20A1A" w:rsidRPr="00865C87" w:rsidRDefault="00B361E7" w:rsidP="00B361E7">
      <w:pPr>
        <w:tabs>
          <w:tab w:val="left" w:pos="18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  </w:t>
      </w:r>
      <w:r w:rsidR="004D5FB1" w:rsidRPr="00865C87">
        <w:rPr>
          <w:rFonts w:ascii="Times New Roman" w:hAnsi="Times New Roman"/>
          <w:sz w:val="24"/>
          <w:szCs w:val="24"/>
          <w:lang w:val="ru-RU"/>
        </w:rPr>
        <w:tab/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lastRenderedPageBreak/>
        <w:t>Экологического воспитания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: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</w:t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осознание своей роли как гражданина и потребителя в условиях взаимосвязи природной,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технологической и социальной сред; 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Ценности научного познания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: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овладение языковой и читательской культурой как средством познания мира; </w:t>
      </w:r>
    </w:p>
    <w:p w:rsidR="00D20A1A" w:rsidRPr="00865C87" w:rsidRDefault="004D5FB1" w:rsidP="00B361E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овладение основными навыками исследовательской деятельности, установка на осмысление опыта,</w:t>
      </w:r>
      <w:r w:rsidR="00B361E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н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аблюдений, поступков и стремление совершенствовать пути достижения индивидуального и коллективного благополучия.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 xml:space="preserve">Личностные результаты, обеспечивающие адаптацию </w:t>
      </w:r>
      <w:proofErr w:type="gramStart"/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обучающегося</w:t>
      </w:r>
      <w:proofErr w:type="gramEnd"/>
      <w:r w:rsidR="00B361E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к изменяющимся условиям социальной и природной среды, включают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: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деятельности, а также в рамках социального взаимодействия с людьми из другой культурной среды; </w:t>
      </w:r>
      <w:r w:rsidR="00B361E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с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пособность обучающихся взаимодействовать в условиях неопределённости, открытость опыту и знаниям других; </w:t>
      </w:r>
      <w:proofErr w:type="gramEnd"/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понятиями), а также оперировать терминами и представлениями в области концепции устойчивого развития;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умение анализировать и выявлять взаимосвязи природы, общества и экономики;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умение оценивать свои действия с учётом влияния на окружающую среду, достижений целей и преодоления вызовов, возможных глобальных последствий;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lastRenderedPageBreak/>
        <w:t xml:space="preserve">способность обучающихся осознавать стрессовую ситуацию, оценивать происходящие изменения и их последствия;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воспринимать стрессовую ситуацию как вызов, требующий контрмер;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оценивать ситуацию стресса, корректировать принимаемые решения и действия;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быть готовым действовать в отсутствие гарантий успеха.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Метапредметные результаты освоения программы основного общего образования, в том числе адаптированной, должны отражать: 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Овладение универсальными учебными познавательными действиями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>:</w:t>
      </w:r>
    </w:p>
    <w:p w:rsidR="00B361E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1) базовые логические действия: 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выявлять и характеризовать существенные признаки объектов (явлений);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 учётом предложенной задачи выявлять закономерности и противоречия в рассматриваемых фактах, данных и наблюдениях; 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выявлять дефицит информации, данных, необходимых для решения поставленной задачи;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:rsidR="00A30755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A30755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самостоятельно выбирать способ решения учебной задачи (сравнивать несколько вариантов решения,  выбирать  наиболее подходящий с учётом самостоятельно выделенных критериев); </w:t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2) базовые исследовательские действия: </w:t>
      </w:r>
    </w:p>
    <w:p w:rsidR="00A30755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использовать вопросы как исследовательский инструмент познания;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формулировать гипотезу об истинности собственных суждений и суждений других,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аргументировать свою позицию, мнение;</w:t>
      </w:r>
    </w:p>
    <w:p w:rsidR="00A30755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</w:t>
      </w:r>
    </w:p>
    <w:p w:rsidR="00A30755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A30755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A30755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lastRenderedPageBreak/>
        <w:t xml:space="preserve">прогнозировать возможное дальнейшее развитие процессов, событий и их последствия в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аналогичных или сходных ситуациях, выдвигать предположения об их развитии в новых условиях и контекстах;</w:t>
      </w:r>
    </w:p>
    <w:p w:rsidR="00A30755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3) работа с информацией:</w:t>
      </w:r>
    </w:p>
    <w:p w:rsidR="00A30755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A30755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30755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A30755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D20A1A" w:rsidRPr="00865C87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D20A1A" w:rsidRPr="00865C87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right="-7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Овладение системой универсальных учебных познавательных действий обеспечивает сформированность когнитивных навыков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обучающихся.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: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1) общение: 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 ходе диалога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и(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20A1A" w:rsidRDefault="004D5FB1" w:rsidP="00A30755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публично представлять результаты выполненного опыта (эксперимента, исследования, проекта); </w:t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2) совместная деятельность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уметь обобщать мнения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нескольких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людей, проявлять готовность руководить, выполнять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поручения, подчиняться</w:t>
      </w:r>
      <w:r w:rsidR="00A30755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оценивать качество своего вклада в общий продукт по критериям, самостоятельно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сформулированным участниками взаимодействия;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сравнивать результаты с исходной задачей и вклад каждого члена команды в достижение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результатов, разделять сферу ответственности и проявлять готовность к предоставлению отчёта перед группой.</w:t>
      </w:r>
    </w:p>
    <w:p w:rsidR="00D20A1A" w:rsidRPr="00865C87" w:rsidRDefault="004D5FB1" w:rsidP="00A30755">
      <w:pPr>
        <w:tabs>
          <w:tab w:val="left" w:pos="180"/>
          <w:tab w:val="left" w:pos="10490"/>
        </w:tabs>
        <w:autoSpaceDE w:val="0"/>
        <w:autoSpaceDN w:val="0"/>
        <w:spacing w:after="0" w:line="360" w:lineRule="auto"/>
        <w:ind w:right="56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b/>
          <w:i/>
          <w:color w:val="000000"/>
          <w:sz w:val="24"/>
          <w:szCs w:val="24"/>
          <w:lang w:val="ru-RU"/>
        </w:rPr>
        <w:t>Овладение универсальными учебными регулятивными действиями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: 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выявлять проблемы для решения в жизненных и учебных ситуациях;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самостоятельно составлять алгоритм решения  задачи 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:rsidR="00A30755" w:rsidRDefault="00A30755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2</w:t>
      </w:r>
      <w:r w:rsidR="004D5FB1"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) самоконтроль: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владеть способами самоконтроля, самомотивации и рефлексии;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давать адекватную оценку ситуации и предлагать план её изменения;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3) эмоциональный интеллект:</w:t>
      </w:r>
    </w:p>
    <w:p w:rsidR="00D20A1A" w:rsidRPr="00865C87" w:rsidRDefault="00D20A1A" w:rsidP="00865C8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  <w:sectPr w:rsidR="00D20A1A" w:rsidRPr="00865C87">
          <w:pgSz w:w="11900" w:h="16840"/>
          <w:pgMar w:top="298" w:right="688" w:bottom="368" w:left="666" w:header="720" w:footer="720" w:gutter="0"/>
          <w:cols w:space="720" w:equalWidth="0">
            <w:col w:w="10546" w:space="0"/>
          </w:cols>
          <w:docGrid w:linePitch="360"/>
        </w:sectPr>
      </w:pPr>
    </w:p>
    <w:p w:rsidR="00D20A1A" w:rsidRPr="00865C87" w:rsidRDefault="00D20A1A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30755" w:rsidRDefault="00A30755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</w:t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азличать, называть и управлять собственными эмоциями и эмоциями других;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ставить себя на место другого человека, понимать мотивы и намерения другого; </w:t>
      </w:r>
    </w:p>
    <w:p w:rsidR="00A30755" w:rsidRDefault="00A30755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р</w:t>
      </w:r>
      <w:r w:rsidR="004D5FB1"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егулировать способ выражения эмоций;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4) принятие себя и других: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осознанно относиться к другому человеку, его мнению; признавать своё право на ошибку и такое же право другого;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принимать себя и других, не осуждая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;</w:t>
      </w:r>
    </w:p>
    <w:p w:rsidR="00A30755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открытость себе и другим;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допороговом уровне в совокупности её составляющих — речевой, языковой, социокультурной, компенсаторной, метапредметной (учебно-познавательной).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1) Владеть основными видами речевой деятельности: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говорение: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вести разные виды диалогов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(диалог этикетного характера, диалог — побуждение к действию, диалог-расспрос) в рамках тематического содержания речи в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5 реплик со стороны каждого собеседника);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proofErr w:type="gramStart"/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создавать разные виды монологических высказываний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5-6 фраз);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излагать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основное содержание прочитанного текста с вербальными и/или зрительными опорами (объём — 5-6 фраз); кратко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излагать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результаты  выполненной проектной работы (объём — до 6 фраз);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аудирование: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воспринимать на слух и понимать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аудирования — до 1 минуты);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proofErr w:type="gramStart"/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смысловоечтение: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читать про себя и понимать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несложные адаптированные аутентичные тексты,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lastRenderedPageBreak/>
        <w:t>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 — 180-200 слов); читать про себя несплошные тексты (таблицы) и понимать представленную в них информацию;</w:t>
      </w:r>
      <w:proofErr w:type="gram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письменная речь: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писать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короткие поздравления с праздниками; заполнять анкеты и формуляры, сообщая о себе основные сведения, в соответствии с нормами, принятыми в стране/странах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изучаемого языка;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писать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электронное сообщение личного характера, соблюдая речевой этикет, принятый в стране/странах изучаемого языка (объём сообщения — до 60 слов);</w:t>
      </w:r>
    </w:p>
    <w:p w:rsidR="00D20A1A" w:rsidRPr="00865C87" w:rsidRDefault="004D5FB1" w:rsidP="00A30755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2)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владеть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 фонетическими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навыками: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различать на слух и адекватно,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без ошибок, ведущих к сбою коммуникации,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произносить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слова с правильным ударением и фразы с соблюдением их ритмико-интонационных особенностей, в том числе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применять правила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отсутствия фразового ударения на</w:t>
      </w:r>
      <w:r w:rsidR="00A30755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служебных словах;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выразительно читать вслух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владеть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 орфографическими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навыками: правильно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писать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изученные слова;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владеть</w:t>
      </w:r>
      <w:r w:rsidRPr="00865C87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 пунктуационными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навыками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: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>и</w:t>
      </w:r>
      <w:proofErr w:type="gramEnd"/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спользовать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точку, 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3)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распознавать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 звучащем и письменном тексте 675 лексических единиц (слов, словосочетаний, речевых клише) и правильно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употреблять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 устной и письменной речи 625 лексических единиц (включая  500  лексических  единиц, освоенных в 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proofErr w:type="gramStart"/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распознавать и употреблять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 устной и письменной речи родственные слова, образованные с использованием аффиксации: имена существительные с суффиксами 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er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/-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or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ist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sion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/- 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tion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; имена прилагательные с суффиксами 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ful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ian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/-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an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; наречия с суффиксом -</w:t>
      </w:r>
      <w:proofErr w:type="spellStart"/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ly</w:t>
      </w:r>
      <w:proofErr w:type="spellEnd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; имена прилагательные, имена существительные и наречия с отрицательным префиксом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un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-;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распознавать и употреблять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 устной и письменной речи изученные синонимы и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интернациональные слова;</w:t>
      </w:r>
      <w:proofErr w:type="gramEnd"/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4)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знать и понимать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особенности структуры простых и сложных предложений английского языка; различных коммуникативных типов предложений английского языка; 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распознавать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 письменном и звучащем тексте и употреблять в устной и письменной речи:</w:t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-  предложения с несколькими обстоятельствами, следующими в определённом порядке;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- вопросительные предложения (альтернативный и разделительный вопросы в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Present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/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Past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/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Future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Simple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Tense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);</w:t>
      </w:r>
      <w:proofErr w:type="gramEnd"/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lastRenderedPageBreak/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-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глаголы в  видо-временных  формах  действительного  залога в изъявительном наклонении в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Present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Perfect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865C87">
        <w:rPr>
          <w:rFonts w:ascii="Times New Roman" w:eastAsia="Times New Roman" w:hAnsi="Times New Roman"/>
          <w:color w:val="000000"/>
          <w:sz w:val="24"/>
          <w:szCs w:val="24"/>
        </w:rPr>
        <w:t>Tense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в повествовательных (утвердительных и отрицательных) и вопросительных предложениях;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- имена существительные во множественном числе, в том числе имена существительные, имеющие форму только множественного числа;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- имена существительные с причастиями настоящего и прошедшего времени;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- наречия в положительной, сравнительной и превосходной степенях, образованные по правилу, и исключения;</w:t>
      </w:r>
      <w:proofErr w:type="gramEnd"/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5)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владеть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социокультурными знаниями и умениями: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- использовать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отдельные социокультурные элементы речевого поведенческого этикета в стране/странах изучаемого языка в рамках тематического содержания;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- знать/понимать и использовать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в устной и письменной речи наиболее употребительную лексику, обозначающую фоновую лексику и реалии страны/стран изучаемого языка в рамках тематического содержания речи;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- правильно оформлять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адрес, писать фамилии и имена (свои, родственников и друзей) на английском языке (в анкете, формуляре);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- обладать базовыми знаниями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о социокультурном портрете родной страны и страны/стран изучаемого языка;</w:t>
      </w:r>
      <w:r w:rsidRPr="00865C87">
        <w:rPr>
          <w:rFonts w:ascii="Times New Roman" w:hAnsi="Times New Roman"/>
          <w:sz w:val="24"/>
          <w:szCs w:val="24"/>
          <w:lang w:val="ru-RU"/>
        </w:rPr>
        <w:br/>
      </w: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-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кратко представлять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Россию и страны/стран изучаемого языка;</w:t>
      </w:r>
    </w:p>
    <w:p w:rsidR="00D20A1A" w:rsidRPr="00865C87" w:rsidRDefault="004D5FB1" w:rsidP="00865C87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6) </w:t>
      </w:r>
      <w:r w:rsidRPr="00865C87">
        <w:rPr>
          <w:rFonts w:ascii="Times New Roman" w:eastAsia="Times New Roman" w:hAnsi="Times New Roman"/>
          <w:i/>
          <w:color w:val="000000"/>
          <w:sz w:val="24"/>
          <w:szCs w:val="24"/>
          <w:lang w:val="ru-RU"/>
        </w:rPr>
        <w:t xml:space="preserve">владеть </w:t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компенсаторными умениями: использовать при чтении и аудировании </w:t>
      </w:r>
      <w:proofErr w:type="gramStart"/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языковую</w:t>
      </w:r>
      <w:proofErr w:type="gramEnd"/>
    </w:p>
    <w:p w:rsidR="00D20A1A" w:rsidRPr="00865C87" w:rsidRDefault="004D5FB1" w:rsidP="00865C87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догадку, в том числе контекстуальную; игнорировать информацию, не являющуюся необходимой для понимания основного содержания прочитанного/ прослушанного текста или для нахождения в тексте запрашиваемой информации;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D20A1A" w:rsidRPr="00865C87" w:rsidRDefault="004D5FB1" w:rsidP="00865C87">
      <w:pPr>
        <w:tabs>
          <w:tab w:val="left" w:pos="180"/>
        </w:tabs>
        <w:autoSpaceDE w:val="0"/>
        <w:autoSpaceDN w:val="0"/>
        <w:spacing w:after="0" w:line="360" w:lineRule="auto"/>
        <w:ind w:right="576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65C87">
        <w:rPr>
          <w:rFonts w:ascii="Times New Roman" w:hAnsi="Times New Roman"/>
          <w:sz w:val="24"/>
          <w:szCs w:val="24"/>
          <w:lang w:val="ru-RU"/>
        </w:rPr>
        <w:tab/>
      </w:r>
      <w:r w:rsidRPr="00865C87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D20A1A" w:rsidRPr="009D3C85" w:rsidRDefault="00D20A1A">
      <w:pPr>
        <w:rPr>
          <w:lang w:val="ru-RU"/>
        </w:rPr>
        <w:sectPr w:rsidR="00D20A1A" w:rsidRPr="009D3C85">
          <w:pgSz w:w="11900" w:h="16840"/>
          <w:pgMar w:top="286" w:right="728" w:bottom="1440" w:left="666" w:header="720" w:footer="720" w:gutter="0"/>
          <w:cols w:space="720" w:equalWidth="0">
            <w:col w:w="10506" w:space="0"/>
          </w:cols>
          <w:docGrid w:linePitch="360"/>
        </w:sectPr>
      </w:pPr>
    </w:p>
    <w:p w:rsidR="00D20A1A" w:rsidRPr="009D3C85" w:rsidRDefault="00D20A1A">
      <w:pPr>
        <w:autoSpaceDE w:val="0"/>
        <w:autoSpaceDN w:val="0"/>
        <w:spacing w:after="64" w:line="220" w:lineRule="exact"/>
        <w:rPr>
          <w:lang w:val="ru-RU"/>
        </w:rPr>
      </w:pPr>
    </w:p>
    <w:p w:rsidR="00D20A1A" w:rsidRDefault="004D5FB1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384"/>
        <w:gridCol w:w="2390"/>
        <w:gridCol w:w="528"/>
        <w:gridCol w:w="1104"/>
        <w:gridCol w:w="1142"/>
        <w:gridCol w:w="864"/>
        <w:gridCol w:w="5642"/>
        <w:gridCol w:w="1238"/>
        <w:gridCol w:w="2210"/>
      </w:tblGrid>
      <w:tr w:rsidR="00D20A1A" w:rsidRPr="00C6701A">
        <w:trPr>
          <w:trHeight w:hRule="exact" w:val="348"/>
        </w:trPr>
        <w:tc>
          <w:tcPr>
            <w:tcW w:w="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45" w:lineRule="auto"/>
              <w:jc w:val="center"/>
            </w:pPr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 w:rsidRPr="00C6701A">
              <w:br/>
            </w:r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 w:rsidRPr="00C6701A">
              <w:br/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5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45" w:lineRule="auto"/>
              <w:ind w:left="74" w:right="144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2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(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D20A1A" w:rsidRPr="00C6701A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1A" w:rsidRPr="00C6701A" w:rsidRDefault="00D20A1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1A" w:rsidRPr="00C6701A" w:rsidRDefault="00D20A1A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1A" w:rsidRPr="00C6701A" w:rsidRDefault="00D20A1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1A" w:rsidRPr="00C6701A" w:rsidRDefault="00D20A1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1A" w:rsidRPr="00C6701A" w:rsidRDefault="00D20A1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1A" w:rsidRPr="00C6701A" w:rsidRDefault="00D20A1A"/>
        </w:tc>
      </w:tr>
      <w:tr w:rsidR="00D20A1A" w:rsidRPr="008B342F">
        <w:trPr>
          <w:trHeight w:hRule="exact" w:val="1886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  <w:lang w:val="ru-RU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Моя семья. Мои друзья.</w:t>
            </w:r>
          </w:p>
          <w:p w:rsidR="00D20A1A" w:rsidRPr="005A4072" w:rsidRDefault="004D5FB1">
            <w:pPr>
              <w:autoSpaceDE w:val="0"/>
              <w:autoSpaceDN w:val="0"/>
              <w:spacing w:before="20" w:after="0" w:line="245" w:lineRule="auto"/>
              <w:ind w:left="72" w:right="432"/>
              <w:rPr>
                <w:sz w:val="18"/>
                <w:szCs w:val="18"/>
                <w:lang w:val="ru-RU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Семейные праздники (день рождения, Новый год)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8" w:after="0" w:line="245" w:lineRule="auto"/>
              <w:jc w:val="center"/>
              <w:rPr>
                <w:sz w:val="18"/>
                <w:szCs w:val="18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01.09.2022 23.09.2022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sz w:val="18"/>
                <w:szCs w:val="18"/>
                <w:lang w:val="ru-RU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Начинать, поддерживать и заканчивать разговор, в том числе по телефону; поздравлять с праздником и вежливо реагировать на поздравление; выражать благодарность</w:t>
            </w:r>
            <w:proofErr w:type="gram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.О</w:t>
            </w:r>
            <w:proofErr w:type="gram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бращаться с просьбой, вежливо соглашаться/не соглашаться выполнить просьбу; приглашать собеседника к совместной деятельности, вежливо соглашаться/не соглашаться на предложение собеседника.Сообщать фактическую информацию, отвечая на вопросы разных видов; запрашивать интересующую информацию</w:t>
            </w:r>
            <w:proofErr w:type="gram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.С</w:t>
            </w:r>
            <w:proofErr w:type="gram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оставлять диалог в соответствии с поставленной коммуникативной задачей с опорой на образец; на ключевые слова, речевые ситуации и/или иллюстрации, фотографии.;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8" w:after="0" w:line="254" w:lineRule="auto"/>
              <w:ind w:left="74"/>
              <w:rPr>
                <w:sz w:val="18"/>
                <w:szCs w:val="18"/>
                <w:lang w:val="ru-RU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Устный опрос; Контрольная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работа;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Самооценка с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использованием</w:t>
            </w:r>
            <w:proofErr w:type="gram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«О</w:t>
            </w:r>
            <w:proofErr w:type="gram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ценочного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листа»;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8" w:after="0" w:line="247" w:lineRule="auto"/>
              <w:ind w:left="72"/>
              <w:rPr>
                <w:sz w:val="18"/>
                <w:szCs w:val="18"/>
                <w:lang w:val="ru-RU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uchi</w:t>
            </w:r>
            <w:proofErr w:type="spell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resh</w:t>
            </w:r>
            <w:proofErr w:type="spell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edu</w:t>
            </w:r>
            <w:proofErr w:type="spell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www</w:t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liveworksheets</w:t>
            </w:r>
            <w:proofErr w:type="spell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com</w:t>
            </w:r>
          </w:p>
        </w:tc>
      </w:tr>
      <w:tr w:rsidR="00D20A1A" w:rsidRPr="008B342F">
        <w:trPr>
          <w:trHeight w:hRule="exact" w:val="3402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6" w:after="0" w:line="233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6" w:after="0" w:line="250" w:lineRule="auto"/>
              <w:ind w:left="72"/>
              <w:rPr>
                <w:sz w:val="18"/>
                <w:szCs w:val="18"/>
                <w:lang w:val="ru-RU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Внешность и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характер человека/литературного персонажа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6" w:after="0" w:line="233" w:lineRule="auto"/>
              <w:ind w:left="72"/>
              <w:rPr>
                <w:sz w:val="18"/>
                <w:szCs w:val="18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6" w:after="0" w:line="233" w:lineRule="auto"/>
              <w:ind w:left="72"/>
              <w:rPr>
                <w:sz w:val="18"/>
                <w:szCs w:val="18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6" w:after="0" w:line="233" w:lineRule="auto"/>
              <w:ind w:left="72"/>
              <w:rPr>
                <w:sz w:val="18"/>
                <w:szCs w:val="18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6" w:after="0" w:line="245" w:lineRule="auto"/>
              <w:jc w:val="center"/>
              <w:rPr>
                <w:sz w:val="18"/>
                <w:szCs w:val="18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24.09.2022 10.10.2022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6" w:after="0" w:line="254" w:lineRule="auto"/>
              <w:ind w:left="72" w:right="144"/>
              <w:rPr>
                <w:sz w:val="18"/>
                <w:szCs w:val="18"/>
                <w:lang w:val="ru-RU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Высказываться о фактах, событиях, используя основные типы речи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(описание/характеристика, повествование) с опорой на ключевые слова, план, вопросы и/или иллюстрации, фотографии</w:t>
            </w:r>
            <w:proofErr w:type="gram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.О</w:t>
            </w:r>
            <w:proofErr w:type="gram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писывать объект,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человека/литературного персонажа по определённой схеме.Передавать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содержание прочитанного текста с опорой на вопросы, план, ключевые слова и/или иллюстрации, фотографии.Кратко излагать результаты выполненной проектной работы.Работать индивидуально и в группе при выполнении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проектной работы.;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Воспроизводить основные коммуникативные типы предложений. Соблюдать порядок слов в предложении</w:t>
            </w:r>
            <w:proofErr w:type="gram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.И</w:t>
            </w:r>
            <w:proofErr w:type="gram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спользовать в речи предложения с простым глагольным, составным именным и составным глагольным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сказуемыми.Распознавать и употреблять в устной и письменной речи изученные морфологические формы и синтаксические конструкции английского языка в рамках тематического содержания речи в соответствии с решаемой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коммуникативной задачей.Распознавать в письменном тексте и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дифференцировать слова по определённым признакам (существительные, прилагательные, смысловые глаголы).;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6" w:after="0" w:line="250" w:lineRule="auto"/>
              <w:ind w:left="74" w:right="144"/>
              <w:rPr>
                <w:sz w:val="18"/>
                <w:szCs w:val="18"/>
                <w:lang w:val="ru-RU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Устный опрос; Практическая работа;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Тестирование;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5A4072" w:rsidRDefault="004D5FB1">
            <w:pPr>
              <w:autoSpaceDE w:val="0"/>
              <w:autoSpaceDN w:val="0"/>
              <w:spacing w:before="76" w:after="0" w:line="250" w:lineRule="auto"/>
              <w:ind w:left="72"/>
              <w:rPr>
                <w:sz w:val="18"/>
                <w:szCs w:val="18"/>
                <w:lang w:val="ru-RU"/>
              </w:rPr>
            </w:pP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uchi</w:t>
            </w:r>
            <w:proofErr w:type="spell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resh</w:t>
            </w:r>
            <w:proofErr w:type="spell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edu</w:t>
            </w:r>
            <w:proofErr w:type="spell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5A4072">
              <w:rPr>
                <w:sz w:val="18"/>
                <w:szCs w:val="18"/>
                <w:lang w:val="ru-RU"/>
              </w:rPr>
              <w:br/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www</w:t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liveworksheets</w:t>
            </w:r>
            <w:proofErr w:type="spellEnd"/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5A4072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com</w:t>
            </w:r>
          </w:p>
        </w:tc>
      </w:tr>
    </w:tbl>
    <w:p w:rsidR="00D20A1A" w:rsidRPr="009D3C85" w:rsidRDefault="00D20A1A">
      <w:pPr>
        <w:autoSpaceDE w:val="0"/>
        <w:autoSpaceDN w:val="0"/>
        <w:spacing w:after="0" w:line="14" w:lineRule="exact"/>
        <w:rPr>
          <w:lang w:val="ru-RU"/>
        </w:rPr>
      </w:pPr>
    </w:p>
    <w:p w:rsidR="00D20A1A" w:rsidRPr="009D3C85" w:rsidRDefault="00D20A1A">
      <w:pPr>
        <w:rPr>
          <w:lang w:val="ru-RU"/>
        </w:rPr>
        <w:sectPr w:rsidR="00D20A1A" w:rsidRPr="009D3C85">
          <w:pgSz w:w="16840" w:h="11900"/>
          <w:pgMar w:top="282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20A1A" w:rsidRPr="009D3C85" w:rsidRDefault="00D20A1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384"/>
        <w:gridCol w:w="2390"/>
        <w:gridCol w:w="528"/>
        <w:gridCol w:w="1104"/>
        <w:gridCol w:w="1142"/>
        <w:gridCol w:w="864"/>
        <w:gridCol w:w="5642"/>
        <w:gridCol w:w="1238"/>
        <w:gridCol w:w="2210"/>
      </w:tblGrid>
      <w:tr w:rsidR="00D20A1A" w:rsidRPr="008B342F">
        <w:trPr>
          <w:trHeight w:hRule="exact" w:val="7052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2D05DF" w:rsidRDefault="004D5FB1">
            <w:pPr>
              <w:autoSpaceDE w:val="0"/>
              <w:autoSpaceDN w:val="0"/>
              <w:spacing w:before="88" w:after="0" w:line="262" w:lineRule="auto"/>
              <w:ind w:left="72" w:right="144"/>
              <w:rPr>
                <w:sz w:val="18"/>
                <w:szCs w:val="18"/>
                <w:lang w:val="ru-RU"/>
              </w:rPr>
            </w:pPr>
            <w:r w:rsidRPr="002D05DF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 xml:space="preserve">Досуг и увлечения/хобби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>современного подростка (чтение, кино, спорт)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2D05DF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2D05DF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2D05DF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2D05DF" w:rsidRDefault="004D5FB1">
            <w:pPr>
              <w:autoSpaceDE w:val="0"/>
              <w:autoSpaceDN w:val="0"/>
              <w:spacing w:before="78" w:after="0" w:line="245" w:lineRule="auto"/>
              <w:jc w:val="center"/>
              <w:rPr>
                <w:sz w:val="18"/>
                <w:szCs w:val="18"/>
              </w:rPr>
            </w:pP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11.10.2022 14.11.2022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2D05DF" w:rsidRDefault="004D5FB1">
            <w:pPr>
              <w:autoSpaceDE w:val="0"/>
              <w:autoSpaceDN w:val="0"/>
              <w:spacing w:before="78" w:after="0" w:line="257" w:lineRule="auto"/>
              <w:ind w:left="72"/>
              <w:rPr>
                <w:sz w:val="18"/>
                <w:szCs w:val="18"/>
                <w:lang w:val="ru-RU"/>
              </w:rPr>
            </w:pP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Понимать речь учителя по ведению урока. Распознавать на слух и понимать связное высказывание учителя, одноклассника, построенное на знакомом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языковом материале</w:t>
            </w:r>
            <w:proofErr w:type="gram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.В</w:t>
            </w:r>
            <w:proofErr w:type="gram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ербально/невербально реагировать на услышанное. Воспринимать на слух и понимать основное содержание несложных аутентичных текстов, содержащие отдельные незнакомые слова</w:t>
            </w:r>
            <w:proofErr w:type="gram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.О</w:t>
            </w:r>
            <w:proofErr w:type="gram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пределять тему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прослушанного текста. Воспринимать на слух и понимать запрашиваемую информацию, представленную в явном виде, в несложных аутентичных текстах, содержащих отдельные незнакомые слова</w:t>
            </w:r>
            <w:proofErr w:type="gram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.И</w:t>
            </w:r>
            <w:proofErr w:type="gram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спользовать языковую догадку при восприятии на слух текстов, содержащих незнакомые слова.Игнорировать незнакомые слова, не мешающие понимать содержание текста.;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Читать про себя и понимать основное содержание несложных адаптированных аутентичных текстов, содержащие отдельные незнакомые слова.Определять тему прочитанного текста. Устанавливать логическую последовательность основных фактов</w:t>
            </w:r>
            <w:proofErr w:type="gram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.С</w:t>
            </w:r>
            <w:proofErr w:type="gram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оотносить текст/части текста с иллюстрациями.Читать про себя и находить в несложных адаптированных аутентичных текстах, содержащих отдельные незнакомые слова запрашиваемую информацию, представленную в явном виде.Использование внешних формальных элементов текста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(подзаголовки, иллюстрации, сноски) для понимания основного содержания прочитанного текста.Догадываться о значении незнакомых слов по сходству с русским языком, по словообразовательным элементам, по контексту.Понимать интернациональные слова в контексте. Игнорировать незнакомые слова, не мешающие понимать основное содержание текста</w:t>
            </w:r>
            <w:proofErr w:type="gram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.П</w:t>
            </w:r>
            <w:proofErr w:type="gram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ользоваться сносками и лингвострановедческим справочником.Находить значение отдельных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незнакомых слов в двуязычном словаре учебника.Читать про себя и понимать запрашиваемую информацию, представленную в несплошных текстах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(таблице).Работать с информацией, представленной в разных форматах (текст, рисунок, таблица).;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Воспроизводить основные коммуникативные типы предложений. Соблюдать порядок слов в предложении</w:t>
            </w:r>
            <w:proofErr w:type="gram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.И</w:t>
            </w:r>
            <w:proofErr w:type="gram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спользовать в речи предложения с простым глагольным, составным именным и составным глагольным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сказуемыми.Распознавать и употреблять в устной и письменной речи изученные морфологические формы и синтаксические конструкции английского языка в рамках тематического содержания речи в соответствии с решаемой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коммуникативной задачей.Распознавать в письменном тексте и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дифференцировать слова по определённым признакам (существительные, прилагательные, смысловые глаголы).;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2D05DF" w:rsidRDefault="004D5FB1">
            <w:pPr>
              <w:autoSpaceDE w:val="0"/>
              <w:autoSpaceDN w:val="0"/>
              <w:spacing w:before="78" w:after="0" w:line="252" w:lineRule="auto"/>
              <w:ind w:left="74" w:right="144"/>
              <w:rPr>
                <w:sz w:val="18"/>
                <w:szCs w:val="18"/>
                <w:lang w:val="ru-RU"/>
              </w:rPr>
            </w:pP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Устный опрос; Письменный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контроль;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Контрольная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работа;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Практическая работа;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2D05DF" w:rsidRDefault="004D5FB1">
            <w:pPr>
              <w:autoSpaceDE w:val="0"/>
              <w:autoSpaceDN w:val="0"/>
              <w:spacing w:before="78" w:after="0" w:line="250" w:lineRule="auto"/>
              <w:ind w:left="72"/>
              <w:rPr>
                <w:sz w:val="18"/>
                <w:szCs w:val="18"/>
                <w:lang w:val="ru-RU"/>
              </w:rPr>
            </w:pP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www</w:t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liveworksheets</w:t>
            </w:r>
            <w:proofErr w:type="spell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com</w:t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www</w:t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yaklass</w:t>
            </w:r>
            <w:proofErr w:type="spell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uchi</w:t>
            </w:r>
            <w:proofErr w:type="spell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2D05DF">
              <w:rPr>
                <w:sz w:val="18"/>
                <w:szCs w:val="18"/>
                <w:lang w:val="ru-RU"/>
              </w:rPr>
              <w:br/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resh</w:t>
            </w:r>
            <w:proofErr w:type="spell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edu</w:t>
            </w:r>
            <w:proofErr w:type="spellEnd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2D05DF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</w:p>
        </w:tc>
      </w:tr>
    </w:tbl>
    <w:p w:rsidR="00D20A1A" w:rsidRPr="009D3C85" w:rsidRDefault="00D20A1A">
      <w:pPr>
        <w:autoSpaceDE w:val="0"/>
        <w:autoSpaceDN w:val="0"/>
        <w:spacing w:after="0" w:line="14" w:lineRule="exact"/>
        <w:rPr>
          <w:lang w:val="ru-RU"/>
        </w:rPr>
      </w:pPr>
    </w:p>
    <w:p w:rsidR="00D20A1A" w:rsidRPr="009D3C85" w:rsidRDefault="00D20A1A">
      <w:pPr>
        <w:rPr>
          <w:lang w:val="ru-RU"/>
        </w:rPr>
        <w:sectPr w:rsidR="00D20A1A" w:rsidRPr="009D3C85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20A1A" w:rsidRPr="009D3C85" w:rsidRDefault="00D20A1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384"/>
        <w:gridCol w:w="2390"/>
        <w:gridCol w:w="528"/>
        <w:gridCol w:w="1104"/>
        <w:gridCol w:w="1142"/>
        <w:gridCol w:w="864"/>
        <w:gridCol w:w="5642"/>
        <w:gridCol w:w="1238"/>
        <w:gridCol w:w="2210"/>
      </w:tblGrid>
      <w:tr w:rsidR="00D20A1A" w:rsidRPr="008B342F">
        <w:trPr>
          <w:trHeight w:hRule="exact" w:val="5152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88" w:after="0" w:line="254" w:lineRule="auto"/>
              <w:ind w:left="72" w:right="144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 xml:space="preserve">Здоровый образ жизни: режим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 xml:space="preserve">труда и отдыха.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Здоровое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 xml:space="preserve">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питание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45" w:lineRule="auto"/>
              <w:jc w:val="center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15.11.2022 04.12.2022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7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Читать про себя и понимать основное содержание несложных адаптированных аутентичных текстов, содержащие отдельные незнакомые слова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.О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пределять тему прочитанного текста. Устанавливать логическую последовательность основных фактов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.С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оотносить текст/части текста с иллюстрациями.Читать про себя и находить в несложных адаптированных аутентичных текстах, содержащих отдельные незнакомые слова запрашиваемую информацию, представленную в явном виде.Использование внешних формальных элементов текста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(подзаголовки, иллюстрации, сноски) для понимания основного содержания прочитанного текста.Догадываться о значении незнакомых слов по сходству с русским языком, по словообразовательным элементам, по контексту.Понимать интернациональные слова в контексте. Игнорировать незнакомые слова, не мешающие понимать основное содержание текста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.П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ользоваться сносками и лингвострановедческим справочником.Находить значение отдельных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незнакомых слов в двуязычном словаре учебника.Читать про себя и понимать запрашиваемую информацию, представленную в несплошных текстах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(таблице).Работать с информацией, представленной в разных форматах (текст, рисунок, таблица).;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Воспроизводить основные коммуникативные типы предложений. Соблюдать порядок слов в предложении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.И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спользовать в речи предложения с простым глагольным, составным именным и составным глагольным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сказуемыми.Распознавать и употреблять в устной и письменной речи изученные морфологические формы и синтаксические конструкции английского языка в рамках тематического содержания речи в соответствии с решаемой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коммуникативной задачей.Распознавать в письменном тексте и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дифференцировать слова по определённым признакам (существительные, прилагательные, смысловые глаголы).;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4" w:lineRule="auto"/>
              <w:ind w:left="74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Контрольная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работа;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Практическая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работа;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Самооценка с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использованием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«О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ценочного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листа»;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0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www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liveworksheets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com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www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yaklass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uchi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resh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edu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</w:p>
        </w:tc>
      </w:tr>
      <w:tr w:rsidR="00D20A1A" w:rsidRPr="00C6701A">
        <w:trPr>
          <w:trHeight w:hRule="exact" w:val="2824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7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88" w:after="0" w:line="254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>Покупки: одежда, обувь и продукты питания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45" w:lineRule="auto"/>
              <w:jc w:val="center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05.12.2022 19.12.2022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4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Начинать, поддерживать и заканчивать разговор, в том числе по телефону; поздравлять с праздником и вежливо реагировать на поздравление; выражать благодарность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.О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бращаться с просьбой, вежливо соглашаться/не соглашаться выполнить просьбу; приглашать собеседника к совместной деятельности, вежливо соглашаться/не соглашаться на предложение собеседника.Сообщать фактическую информацию, отвечая на вопросы разных видов; запрашивать интересующую информацию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.С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оставлять диалог в соответствии с поставленной коммуникативной задачей с опорой на образец; на ключевые слова, речевые ситуации и/или иллюстрации, фотографии.;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Различать на слух и адекватно произносить все звуки английского языка,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соблюдая нормы произнесения звуков. Соблюдать правильное ударение в изолированном слове, фразе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.С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облюдать правило отсутствия ударения на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служебных словах (артиклях, союзах, предлогах).Различать коммуникативный тип предложения по его интонации.Членить предложение на смысловые группы.;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0" w:lineRule="auto"/>
              <w:ind w:left="74" w:right="144"/>
              <w:rPr>
                <w:sz w:val="18"/>
                <w:szCs w:val="18"/>
              </w:rPr>
            </w:pP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Устный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опрос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;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Контрольная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 </w:t>
            </w:r>
            <w:r w:rsidRPr="006129CE">
              <w:rPr>
                <w:sz w:val="18"/>
                <w:szCs w:val="18"/>
              </w:rPr>
              <w:br/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работа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https://www.liveworksheets.com https://uchi.ru </w:t>
            </w:r>
            <w:r w:rsidRPr="006129CE">
              <w:rPr>
                <w:sz w:val="18"/>
                <w:szCs w:val="18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https://resh.edu.ru</w:t>
            </w:r>
          </w:p>
        </w:tc>
      </w:tr>
    </w:tbl>
    <w:p w:rsidR="00D20A1A" w:rsidRDefault="00D20A1A">
      <w:pPr>
        <w:autoSpaceDE w:val="0"/>
        <w:autoSpaceDN w:val="0"/>
        <w:spacing w:after="0" w:line="14" w:lineRule="exact"/>
      </w:pPr>
    </w:p>
    <w:p w:rsidR="00D20A1A" w:rsidRDefault="00D20A1A">
      <w:pPr>
        <w:sectPr w:rsidR="00D20A1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20A1A" w:rsidRDefault="00D20A1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384"/>
        <w:gridCol w:w="2390"/>
        <w:gridCol w:w="528"/>
        <w:gridCol w:w="1104"/>
        <w:gridCol w:w="1142"/>
        <w:gridCol w:w="864"/>
        <w:gridCol w:w="5642"/>
        <w:gridCol w:w="1238"/>
        <w:gridCol w:w="2210"/>
      </w:tblGrid>
      <w:tr w:rsidR="00D20A1A" w:rsidRPr="008B342F">
        <w:trPr>
          <w:trHeight w:hRule="exact" w:val="3806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6.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88" w:after="0" w:line="254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>Школа, школьная жизнь, школьная форма, изучаемые предметы.</w:t>
            </w:r>
          </w:p>
          <w:p w:rsidR="00D20A1A" w:rsidRPr="006129CE" w:rsidRDefault="004D5FB1">
            <w:pPr>
              <w:autoSpaceDE w:val="0"/>
              <w:autoSpaceDN w:val="0"/>
              <w:spacing w:before="32" w:after="0" w:line="254" w:lineRule="auto"/>
              <w:ind w:left="72" w:right="576"/>
              <w:rPr>
                <w:sz w:val="18"/>
                <w:szCs w:val="18"/>
              </w:rPr>
            </w:pP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Переписка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 xml:space="preserve"> с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зарубежными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 xml:space="preserve">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сверстниками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45" w:lineRule="auto"/>
              <w:jc w:val="center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20.12.2022 29.12.2022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4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Списывать текст и выписывать из него слова, словосочетания, предложения в соответствии с решаемой коммуникативной задачей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.В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осстанавливать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предложение, текст в соответствии с решаемой учебной задачей.Писать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поздравления с праздниками (с Новым годом, Рождеством, днём рождения) с выражением пожеланий.Заполнять анкеты и формуляры: сообщать о себе основные сведения (имя, фамилия, возраст, страна проживания, любимое занятия и т.д.).Писать электронное сообщение личного характера: сообщать краткие сведения о себе и запрашивать аналогичную информацию о друге по переписке; выражать благодарность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.Ф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иксировать нужную информацию.;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Правильно писать изученные слова. Вставлять пропущенные буквы в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слове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.П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равильно расставлять знаки препинания: запятую при перечислении и обращении; апостроф (в сокращенных формах глаголов (глагола-связки,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вспомогательного и модального); в притяжательном падеже имен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существительных/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Possessive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Case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).Правильно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предложения. Расставлять в электронном сообщении личного характера знаки препинания, диктуемые его форматом, в соответствии с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нормами, принятыми в стране/странах изучаемого языка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2" w:lineRule="auto"/>
              <w:ind w:left="74" w:right="144"/>
              <w:rPr>
                <w:sz w:val="18"/>
                <w:szCs w:val="18"/>
                <w:lang w:val="ru-RU"/>
              </w:rPr>
            </w:pP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Письменный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контроль;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Контрольная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работа;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Тестирование;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0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www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liveworksheets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com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www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yaklass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uchi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resh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edu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</w:p>
        </w:tc>
      </w:tr>
      <w:tr w:rsidR="00D20A1A" w:rsidRPr="008B342F">
        <w:trPr>
          <w:trHeight w:hRule="exact" w:val="4902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7.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88" w:after="0" w:line="254" w:lineRule="auto"/>
              <w:ind w:left="72" w:right="144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 xml:space="preserve">Каникулы в различное время года.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Виды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 xml:space="preserve">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отдыха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24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45" w:lineRule="auto"/>
              <w:jc w:val="center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30.12.2022 03.03.2023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7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Читать про себя и понимать основное содержание несложных адаптированных аутентичных текстов, содержащие отдельные незнакомые слова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.О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пределять тему прочитанного текста. Устанавливать логическую последовательность основных фактов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.С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оотносить текст/части текста с иллюстрациями.Читать про себя и находить в несложных адаптированных аутентичных текстах, содержащих отдельные незнакомые слова запрашиваемую информацию, представленную в явном виде.Использование внешних формальных элементов текста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(подзаголовки, иллюстрации, сноски) для понимания основного содержания прочитанного текста.Догадываться о значении незнакомых слов по сходству с русским языком, по словообразовательным элементам, по контексту.Понимать интернациональные слова в контексте. Игнорировать незнакомые слова, не мешающие понимать основное содержание текста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.П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ользоваться сносками и лингвострановедческим справочником.Находить значение отдельных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незнакомых слов в двуязычном словаре учебника.Читать про себя и понимать запрашиваемую информацию, представленную в несплошных текстах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(таблице).Работать с информацией, представленной в разных форматах (текст, рисунок, таблица).;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Узнавать в устном и письменном тексте и употреблять в речи изученные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лексические единицы (слова, словосочетания, речевые клише);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интернациональные слова, синонимы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.У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знавать простые словообразовательные элементы (суффиксы, префиксы).Группировать слова по их тематической принадлежности.Опираться на языковую догадку в процессе чтения и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аудирования (интернациональные слова, слова, образованные путем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аффиксации).;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4" w:lineRule="auto"/>
              <w:ind w:left="74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Контрольная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работа;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Практическая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работа;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Самооценка с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использованием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«О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ценочного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листа»;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0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www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liveworksheets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com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www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yaklass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uchi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resh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edu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</w:p>
        </w:tc>
      </w:tr>
    </w:tbl>
    <w:p w:rsidR="00D20A1A" w:rsidRPr="009D3C85" w:rsidRDefault="00D20A1A">
      <w:pPr>
        <w:autoSpaceDE w:val="0"/>
        <w:autoSpaceDN w:val="0"/>
        <w:spacing w:after="0" w:line="14" w:lineRule="exact"/>
        <w:rPr>
          <w:lang w:val="ru-RU"/>
        </w:rPr>
      </w:pPr>
    </w:p>
    <w:p w:rsidR="00D20A1A" w:rsidRPr="009D3C85" w:rsidRDefault="00D20A1A">
      <w:pPr>
        <w:rPr>
          <w:lang w:val="ru-RU"/>
        </w:rPr>
        <w:sectPr w:rsidR="00D20A1A" w:rsidRPr="009D3C85">
          <w:pgSz w:w="16840" w:h="11900"/>
          <w:pgMar w:top="284" w:right="640" w:bottom="129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20A1A" w:rsidRPr="009D3C85" w:rsidRDefault="00D20A1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384"/>
        <w:gridCol w:w="2390"/>
        <w:gridCol w:w="528"/>
        <w:gridCol w:w="1104"/>
        <w:gridCol w:w="1142"/>
        <w:gridCol w:w="864"/>
        <w:gridCol w:w="5642"/>
        <w:gridCol w:w="1238"/>
        <w:gridCol w:w="2210"/>
      </w:tblGrid>
      <w:tr w:rsidR="00D20A1A" w:rsidRPr="008B342F">
        <w:trPr>
          <w:trHeight w:hRule="exact" w:val="3614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8.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88" w:after="0" w:line="254" w:lineRule="auto"/>
              <w:ind w:left="72" w:right="43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 xml:space="preserve">Природа: дикие и домашние животные.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Погода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45" w:lineRule="auto"/>
              <w:jc w:val="center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04.03.2023 16.03.2023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4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Высказываться о фактах, событиях, используя основные типы речи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(описание/характеристика, повествование) с опорой на ключевые слова, план, вопросы и/или иллюстрации, фотографии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.О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писывать объект,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человека/литературного персонажа по определённой схеме.Передавать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содержание прочитанного текста с опорой на вопросы, план, ключевые слова и/или иллюстрации, фотографии.Кратко излагать результаты выполненной проектной работы.Работать индивидуально и в группе при выполнении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проектной работы.;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Понимать речь учителя по ведению урока. Распознавать на слух и понимать связное высказывание учителя, одноклассника, построенное на знакомом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языковом материале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.В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ербально/невербально реагировать на услышанное. Воспринимать на слух и понимать основное содержание несложных аутентичных текстов, содержащие отдельные незнакомые слова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.О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пределять тему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прослушанного текста. Воспринимать на слух и понимать запрашиваемую информацию, представленную в явном виде, в несложных аутентичных текстах, содержащих отдельные незнакомые слова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.И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спользовать языковую догадку при восприятии на слух текстов, содержащих незнакомые слова.Игнорировать незнакомые слова, не мешающие понимать содержание текста.;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0" w:lineRule="auto"/>
              <w:ind w:left="74" w:right="144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Устный опрос; Практическая работа;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Тестирование;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0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www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liveworksheets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com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www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yaklass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uchi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</w:t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://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resh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edu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ru</w:t>
            </w:r>
            <w:proofErr w:type="spellEnd"/>
          </w:p>
        </w:tc>
      </w:tr>
      <w:tr w:rsidR="00D20A1A" w:rsidRPr="00C6701A">
        <w:trPr>
          <w:trHeight w:hRule="exact" w:val="1886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9.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88" w:after="0" w:line="233" w:lineRule="auto"/>
              <w:ind w:left="72"/>
              <w:rPr>
                <w:sz w:val="18"/>
                <w:szCs w:val="18"/>
              </w:rPr>
            </w:pP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Родной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 xml:space="preserve">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город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/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село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 xml:space="preserve">.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</w:rPr>
              <w:t>Транспорт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45" w:lineRule="auto"/>
              <w:jc w:val="center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17.03.2023 12.04.2023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4" w:lineRule="auto"/>
              <w:ind w:left="72" w:right="144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Воспроизводить основные коммуникативные типы предложений. Соблюдать порядок слов в предложении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.И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спользовать в речи предложения с простым глагольным, составным именным и составным глагольным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сказуемыми.Распознавать и употреблять в устной и письменной речи изученные морфологические формы и синтаксические конструкции английского языка в рамках тематического содержания речи в соответствии с решаемой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коммуникативной задачей.Распознавать в письменном тексте и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дифференцировать слова по определённым признакам (существительные, прилагательные, смысловые глаголы).;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47" w:lineRule="auto"/>
              <w:ind w:left="74" w:right="144"/>
              <w:rPr>
                <w:sz w:val="18"/>
                <w:szCs w:val="18"/>
              </w:rPr>
            </w:pP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Устный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опрос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;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Контрольная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 </w:t>
            </w:r>
            <w:r w:rsidRPr="006129CE">
              <w:rPr>
                <w:sz w:val="18"/>
                <w:szCs w:val="18"/>
              </w:rPr>
              <w:br/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работа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https://www.liveworksheets.com https://www.yaklass.ru </w:t>
            </w:r>
            <w:r w:rsidRPr="006129CE">
              <w:rPr>
                <w:sz w:val="18"/>
                <w:szCs w:val="18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https://uchi.ru </w:t>
            </w:r>
            <w:r w:rsidRPr="006129CE">
              <w:rPr>
                <w:sz w:val="18"/>
                <w:szCs w:val="18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https://resh.edu.ru</w:t>
            </w:r>
          </w:p>
        </w:tc>
      </w:tr>
      <w:tr w:rsidR="00D20A1A" w:rsidRPr="00C6701A">
        <w:trPr>
          <w:trHeight w:hRule="exact" w:val="2268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6" w:after="0" w:line="233" w:lineRule="auto"/>
              <w:jc w:val="center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10.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86" w:after="0" w:line="271" w:lineRule="auto"/>
              <w:ind w:left="72" w:right="144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 xml:space="preserve">Родная страна и страна/страны изучаемого языка. 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 xml:space="preserve">Их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 xml:space="preserve">географическое положение,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 xml:space="preserve">столицы, достопримечательности, культурные особенности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 xml:space="preserve">(национальные праздники,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102"/>
                <w:sz w:val="18"/>
                <w:szCs w:val="18"/>
                <w:lang w:val="ru-RU"/>
              </w:rPr>
              <w:t>традиции, обычаи)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6" w:after="0" w:line="233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6" w:after="0" w:line="233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6" w:after="0" w:line="233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6" w:after="0" w:line="245" w:lineRule="auto"/>
              <w:jc w:val="center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13.04.2023 12.05.2023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6" w:after="0" w:line="254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Использовать отдельные социокультурные элементы речевого поведенческого этикета в стране/странах изучаемого языка в отобранных ситуациях общения («В семье», «В школе», «На улице»).Понимать и использовать в устной и письменной речи наиболее употребительную тематическую фоновую лексику и реалии в рамках отобранного тематического содержания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.В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ладеть базовыми знаниями о социокультурном портрете родной страны и страны/стран изучаемого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языка.Правильно оформлять свой адрес на английском языке (в анкете, в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формуляре).Кратко представлять Россию; некоторые культурные явления родной страны и страны/стран изучаемого языка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.Н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аходить сходство и различие в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традициях родной страны и страны/стран изучаемого языка.Систематизировать и анализировать полученную информацию.;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6" w:after="0" w:line="250" w:lineRule="auto"/>
              <w:ind w:left="74" w:right="144"/>
              <w:rPr>
                <w:sz w:val="18"/>
                <w:szCs w:val="18"/>
              </w:rPr>
            </w:pP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Практическая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работа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; </w:t>
            </w:r>
            <w:r w:rsidRPr="006129CE">
              <w:rPr>
                <w:sz w:val="18"/>
                <w:szCs w:val="18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ВПР;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6" w:after="0" w:line="25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https://www.liveworksheets.com https://www.yaklass.ru </w:t>
            </w:r>
            <w:r w:rsidRPr="006129CE">
              <w:rPr>
                <w:sz w:val="18"/>
                <w:szCs w:val="18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https://uchi.ru </w:t>
            </w:r>
            <w:r w:rsidRPr="006129CE">
              <w:rPr>
                <w:sz w:val="18"/>
                <w:szCs w:val="18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https://resh.edu.ru</w:t>
            </w:r>
          </w:p>
        </w:tc>
      </w:tr>
      <w:tr w:rsidR="00D20A1A" w:rsidRPr="00C6701A">
        <w:trPr>
          <w:trHeight w:hRule="exact" w:val="2270"/>
        </w:trPr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jc w:val="center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11.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0" w:lineRule="auto"/>
              <w:ind w:left="72" w:right="288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Выдающиеся люди родной страны и страны/стран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изучаемого языка: писатели, поэты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45" w:lineRule="auto"/>
              <w:jc w:val="center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13.05.2023 27.05.2023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54" w:lineRule="auto"/>
              <w:ind w:left="72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Использовать отдельные социокультурные элементы речевого поведенческого этикета в стране/странах изучаемого языка в отобранных ситуациях общения («В семье», «В школе», «На улице»).Понимать и использовать в устной и письменной речи наиболее употребительную тематическую фоновую лексику и реалии в рамках отобранного тематического содержания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.В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ладеть базовыми знаниями о социокультурном портрете родной страны и страны/стран изучаемого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языка.Правильно оформлять свой адрес на английском языке (в анкете, в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формуляре).Кратко представлять Россию; некоторые культурные явления родной страны и страны/стран изучаемого языка</w:t>
            </w:r>
            <w:proofErr w:type="gram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.Н</w:t>
            </w:r>
            <w:proofErr w:type="gram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 xml:space="preserve">аходить сходство и различие в </w:t>
            </w:r>
            <w:r w:rsidRPr="006129CE">
              <w:rPr>
                <w:sz w:val="18"/>
                <w:szCs w:val="18"/>
                <w:lang w:val="ru-RU"/>
              </w:rPr>
              <w:br/>
            </w: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традициях родной страны и страны/стран изучаемого языка.Систематизировать и анализировать полученную информацию.;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47" w:lineRule="auto"/>
              <w:ind w:left="74" w:right="144"/>
              <w:rPr>
                <w:sz w:val="18"/>
                <w:szCs w:val="18"/>
              </w:rPr>
            </w:pP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Устный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опрос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; </w:t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Контрольная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 xml:space="preserve"> </w:t>
            </w:r>
            <w:r w:rsidRPr="006129CE">
              <w:rPr>
                <w:sz w:val="18"/>
                <w:szCs w:val="18"/>
              </w:rPr>
              <w:br/>
            </w:r>
            <w:proofErr w:type="spellStart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работа</w:t>
            </w:r>
            <w:proofErr w:type="spellEnd"/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;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8" w:after="0" w:line="230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https://resh.edu.ru</w:t>
            </w:r>
          </w:p>
        </w:tc>
      </w:tr>
      <w:tr w:rsidR="00D20A1A" w:rsidRPr="00C6701A">
        <w:trPr>
          <w:trHeight w:hRule="exact" w:val="52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6" w:after="0" w:line="245" w:lineRule="auto"/>
              <w:ind w:left="72" w:right="144"/>
              <w:rPr>
                <w:sz w:val="18"/>
                <w:szCs w:val="18"/>
                <w:lang w:val="ru-RU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6" w:after="0" w:line="233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102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6" w:after="0" w:line="233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4D5FB1">
            <w:pPr>
              <w:autoSpaceDE w:val="0"/>
              <w:autoSpaceDN w:val="0"/>
              <w:spacing w:before="76" w:after="0" w:line="233" w:lineRule="auto"/>
              <w:ind w:left="72"/>
              <w:rPr>
                <w:sz w:val="18"/>
                <w:szCs w:val="18"/>
              </w:rPr>
            </w:pPr>
            <w:r w:rsidRPr="006129CE">
              <w:rPr>
                <w:rFonts w:ascii="Times New Roman" w:eastAsia="Times New Roman" w:hAnsi="Times New Roman"/>
                <w:color w:val="000000"/>
                <w:w w:val="97"/>
                <w:sz w:val="18"/>
                <w:szCs w:val="18"/>
              </w:rPr>
              <w:t>8</w:t>
            </w:r>
          </w:p>
        </w:tc>
        <w:tc>
          <w:tcPr>
            <w:tcW w:w="99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6129CE" w:rsidRDefault="00D20A1A">
            <w:pPr>
              <w:rPr>
                <w:sz w:val="18"/>
                <w:szCs w:val="18"/>
              </w:rPr>
            </w:pPr>
          </w:p>
        </w:tc>
      </w:tr>
    </w:tbl>
    <w:p w:rsidR="00D20A1A" w:rsidRDefault="00D20A1A">
      <w:pPr>
        <w:sectPr w:rsidR="00D20A1A">
          <w:pgSz w:w="16840" w:h="11900"/>
          <w:pgMar w:top="284" w:right="640" w:bottom="37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20A1A" w:rsidRDefault="00D20A1A">
      <w:pPr>
        <w:sectPr w:rsidR="00D20A1A">
          <w:pgSz w:w="16840" w:h="11900"/>
          <w:pgMar w:top="1440" w:right="1440" w:bottom="1440" w:left="1440" w:header="720" w:footer="720" w:gutter="0"/>
          <w:cols w:space="720" w:equalWidth="0">
            <w:col w:w="15534" w:space="0"/>
          </w:cols>
          <w:docGrid w:linePitch="360"/>
        </w:sectPr>
      </w:pPr>
    </w:p>
    <w:p w:rsidR="00D20A1A" w:rsidRDefault="00D20A1A">
      <w:pPr>
        <w:autoSpaceDE w:val="0"/>
        <w:autoSpaceDN w:val="0"/>
        <w:spacing w:after="78" w:line="220" w:lineRule="exact"/>
      </w:pPr>
    </w:p>
    <w:p w:rsidR="00D20A1A" w:rsidRDefault="004D5FB1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0A1A" w:rsidRPr="00C6701A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 w:rsidRPr="00C6701A">
              <w:br/>
            </w:r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 w:rsidRPr="00C6701A">
              <w:br/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D20A1A" w:rsidRPr="00C6701A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1A" w:rsidRPr="00C6701A" w:rsidRDefault="00D20A1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1A" w:rsidRPr="00C6701A" w:rsidRDefault="00D20A1A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1A" w:rsidRPr="00C6701A" w:rsidRDefault="00D20A1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A1A" w:rsidRPr="00C6701A" w:rsidRDefault="00D20A1A"/>
        </w:tc>
      </w:tr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 w:right="86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Привет. Я-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Клэр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орядковые числительные.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/>
              <w:ind w:left="72" w:right="144"/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Моя семья. Настоящее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простое время.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Развитие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грамматических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навыков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говорения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Простое прошедшее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время (правильные и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неправильные глаголы).</w:t>
            </w:r>
          </w:p>
          <w:p w:rsidR="00D20A1A" w:rsidRPr="009D3C85" w:rsidRDefault="004D5FB1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 я провёл летние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каникулы? Конструкция с глаголами на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ing</w:t>
            </w:r>
            <w:proofErr w:type="spell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(</w:t>
            </w: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love</w:t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9D3C85">
              <w:rPr>
                <w:lang w:val="ru-RU"/>
              </w:rPr>
              <w:br/>
            </w: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like</w:t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hate</w:t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07.09.2022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Добро пожаловать в школу. Настоящее простое время.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09.09.2022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Расписание уроков.</w:t>
            </w:r>
          </w:p>
          <w:p w:rsidR="00D20A1A" w:rsidRPr="009D3C85" w:rsidRDefault="004D5FB1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Простое будущее время.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Входной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мониторинг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14.09.2022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 меня появился новый друг.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Обучение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диалогу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8B342F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Урок-повторение.</w:t>
            </w:r>
          </w:p>
          <w:p w:rsidR="00D20A1A" w:rsidRPr="009D3C85" w:rsidRDefault="004D5FB1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Вопросительные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предложения: общий,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альтернативный вопросы.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Проект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"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Семейное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древо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21.09.2022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Защита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23.09.2022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Внешность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Мой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любимый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персонаж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28.09.2022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20A1A" w:rsidRDefault="00D20A1A">
      <w:pPr>
        <w:autoSpaceDE w:val="0"/>
        <w:autoSpaceDN w:val="0"/>
        <w:spacing w:after="0" w:line="14" w:lineRule="exact"/>
      </w:pPr>
    </w:p>
    <w:p w:rsidR="00D20A1A" w:rsidRDefault="00D20A1A">
      <w:pPr>
        <w:sectPr w:rsidR="00D20A1A">
          <w:pgSz w:w="11900" w:h="16840"/>
          <w:pgMar w:top="298" w:right="650" w:bottom="6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0A1A" w:rsidRDefault="00D20A1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Модальные глаголы </w:t>
            </w: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must</w:t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should</w:t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30.09.2022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Модальный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глагол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have to.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Моя семья. Описание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членов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семьи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бразование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прилагательных при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помощи отрицательного префикса  </w:t>
            </w: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un</w:t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05.10.2022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Обязанности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членов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семьи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07.10.2022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Мы должны помогать людям вокруг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10.10.2022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Хобби современного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подростка. Новая лексика.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12.10.2022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Моё хобби. Степени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сравнния прилагательных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14.10.2022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Какое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хобби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интереснее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за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1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четверть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19.10.2022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8B342F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1296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Добровольные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помощники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21.10.2022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Настоящее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совершенное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24.10.2022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долго ты играешь на скрипке?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26.10.2022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Подготовка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к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концерту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28.10.2022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Слова </w:t>
            </w: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yet</w:t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just</w:t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already</w:t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D20A1A" w:rsidRPr="009D3C85" w:rsidRDefault="004D5FB1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Развитие грамматических навыков говорения.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07.11.2022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Мы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это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сделали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09.11.2022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 w:rsidRPr="00C6701A">
              <w:tab/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20A1A" w:rsidRDefault="00D20A1A">
      <w:pPr>
        <w:autoSpaceDE w:val="0"/>
        <w:autoSpaceDN w:val="0"/>
        <w:spacing w:after="0" w:line="14" w:lineRule="exact"/>
      </w:pPr>
    </w:p>
    <w:p w:rsidR="00D20A1A" w:rsidRDefault="00D20A1A">
      <w:pPr>
        <w:sectPr w:rsidR="00D20A1A">
          <w:pgSz w:w="11900" w:h="16840"/>
          <w:pgMar w:top="284" w:right="650" w:bottom="9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0A1A" w:rsidRDefault="00D20A1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0A1A" w:rsidRPr="008B342F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Урок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чтения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11.11.2022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Мои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увлечения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ЗОЖ.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Распорядок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дня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16.11.2022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Режим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труда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Здоровое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питание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21.11.2022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Здоровое питание.</w:t>
            </w:r>
          </w:p>
          <w:p w:rsidR="00D20A1A" w:rsidRPr="009D3C85" w:rsidRDefault="004D5FB1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Полезная и вредная еда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23.11.2022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Порядок слов в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английском предложении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25.11.2022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8B342F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Угадай, что я делаю. Настоящее длительное время.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C6701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Глаголы, которые не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используются в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настоящем длительном времени.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30.11.2022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настоящем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Покупки. Исчисляемые и неисчисляемые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05.12.2022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62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Many/much, little/few, a lot of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07.12.2022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Образование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множественного числа.</w:t>
            </w:r>
          </w:p>
          <w:p w:rsidR="00D20A1A" w:rsidRPr="009D3C85" w:rsidRDefault="004D5FB1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Особые случаи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(существительное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употребляется только в ед.ч. или только во мн.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08.12.2023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Имена существительные с причастиями настоящего и прошедшего времени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Музей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шоколада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14.12.2022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20A1A" w:rsidRDefault="00D20A1A">
      <w:pPr>
        <w:autoSpaceDE w:val="0"/>
        <w:autoSpaceDN w:val="0"/>
        <w:spacing w:after="0" w:line="14" w:lineRule="exact"/>
      </w:pPr>
    </w:p>
    <w:p w:rsidR="00D20A1A" w:rsidRDefault="00D20A1A">
      <w:pPr>
        <w:sectPr w:rsidR="00D20A1A">
          <w:pgSz w:w="11900" w:h="16840"/>
          <w:pgMar w:top="284" w:right="650" w:bottom="5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0A1A" w:rsidRDefault="00D20A1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0A1A" w:rsidRPr="008B342F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Повторение. Подготовка к контрольной работе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за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2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четверть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864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Школа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Любимые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предметы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21.12.2022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8B342F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Разделительный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вопрос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23.12.2022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Правила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поведения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школе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26.12.2022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Разделительные вопросы в настоящем, прошедшем и будущем времени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28.12.2022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Мой любимый праздник. Новая лексика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09.01.2023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Предлоги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времени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Обучение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монологу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11.01.2023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Настоящее длительное и прошедшее длительное время.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13.01.2023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Я украшал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рождественское дерево в течение двух часов.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8B342F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ты вчера делал в 5 часов вечера?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18.01.2023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Лексико-грамматические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Вопросы в прошедшем длительном времени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Твой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первый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праздник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25.01.2023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Безупречная ёлка (книга для чтения)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27.01.2023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20A1A" w:rsidRDefault="00D20A1A">
      <w:pPr>
        <w:autoSpaceDE w:val="0"/>
        <w:autoSpaceDN w:val="0"/>
        <w:spacing w:after="0" w:line="14" w:lineRule="exact"/>
      </w:pPr>
    </w:p>
    <w:p w:rsidR="00D20A1A" w:rsidRDefault="00D20A1A">
      <w:pPr>
        <w:sectPr w:rsidR="00D20A1A">
          <w:pgSz w:w="11900" w:h="16840"/>
          <w:pgMar w:top="284" w:right="650" w:bottom="5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0A1A" w:rsidRDefault="00D20A1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Рождество и Новый год в России и англоговорящих странах.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30.01.2023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8B342F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Урок-повторение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01.02.2023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8B342F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над проектом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‘Мой любимый праздник’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Презентация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проектов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 навыков говорения и письма.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08.02.2023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Поездка в Лондон. Новая лексика.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10.02.2023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8B342F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Прошедшее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длительное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время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C6701A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Настоящее совершенное время. Развитие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грамматических навыков говорения.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15.02.2023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Времена года. Моё любимое время года.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Музеи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Йорка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Обучение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монологу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20.02.2023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прошлом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(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22.02.2023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Урок чтения. Моё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любимое путешествие.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24.02.2023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Лучшее место, в котором ты побывал.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8B342F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Лексико-грамматические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01.03.2023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/>
              <w:ind w:left="156" w:hanging="156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</w:tbl>
    <w:p w:rsidR="00D20A1A" w:rsidRPr="009D3C85" w:rsidRDefault="00D20A1A">
      <w:pPr>
        <w:autoSpaceDE w:val="0"/>
        <w:autoSpaceDN w:val="0"/>
        <w:spacing w:after="0" w:line="14" w:lineRule="exact"/>
        <w:rPr>
          <w:lang w:val="ru-RU"/>
        </w:rPr>
      </w:pPr>
    </w:p>
    <w:p w:rsidR="00D20A1A" w:rsidRPr="009D3C85" w:rsidRDefault="00D20A1A">
      <w:pPr>
        <w:rPr>
          <w:lang w:val="ru-RU"/>
        </w:rPr>
        <w:sectPr w:rsidR="00D20A1A" w:rsidRPr="009D3C85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0A1A" w:rsidRPr="009D3C85" w:rsidRDefault="00D20A1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Урок-повторение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Погода. Какая погода твоя любимая?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Эткинсоны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Честерском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зоопарке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10.03.2023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за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3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четверть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15.03.2023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над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ошибками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17.03.2023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Мой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родной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город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/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село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Настоящее длительное время в значении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будущего действия.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22.03.2023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Знакомство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оборотом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to be going to do.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24.03.2023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Будущее простое время. Развитие грамматических навыков говорения.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03.04.2023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Мой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округ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Ханты-Мансийск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05.04.2023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Действия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будущем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(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Транспорт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Круиз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теплоходе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10.04.2023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Виды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транспорта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для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путешествий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12.04.2023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right="1008"/>
              <w:jc w:val="center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Лондон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-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столица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Великобритании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8B342F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Тур по Лондону.</w:t>
            </w:r>
          </w:p>
          <w:p w:rsidR="00D20A1A" w:rsidRPr="009D3C85" w:rsidRDefault="004D5FB1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Обучение монологу.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C6701A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Лексико-грамматические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19.04.2023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D20A1A" w:rsidRDefault="00D20A1A">
      <w:pPr>
        <w:autoSpaceDE w:val="0"/>
        <w:autoSpaceDN w:val="0"/>
        <w:spacing w:after="0" w:line="14" w:lineRule="exact"/>
      </w:pPr>
    </w:p>
    <w:p w:rsidR="00D20A1A" w:rsidRDefault="00D20A1A">
      <w:pPr>
        <w:sectPr w:rsidR="00D20A1A">
          <w:pgSz w:w="11900" w:h="16840"/>
          <w:pgMar w:top="284" w:right="650" w:bottom="75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0A1A" w:rsidRDefault="00D20A1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894"/>
        <w:gridCol w:w="732"/>
        <w:gridCol w:w="1620"/>
        <w:gridCol w:w="1668"/>
        <w:gridCol w:w="1236"/>
        <w:gridCol w:w="1826"/>
      </w:tblGrid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Тематические парки развлечения. Новая лексика.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21.04.2023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Великобритании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100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Ты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любишь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 w:rsidRPr="00C6701A">
              <w:br/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путешествовать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26.04.2023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28.04.2023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4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28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Россия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-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моя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страна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я могу рассказать о моём посёлке?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8B342F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Лексико-грамматические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12.05.2023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C6701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Известные люди.</w:t>
            </w:r>
          </w:p>
          <w:p w:rsidR="00D20A1A" w:rsidRPr="009D3C85" w:rsidRDefault="004D5FB1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простого прошедшего времени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Словообразование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помощью суффиксов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er</w:t>
            </w:r>
            <w:proofErr w:type="spell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</w:t>
            </w: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or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17.05.2023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за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4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четверть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19.05.2023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Знаменитые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люди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22.05.2023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C6701A">
        <w:trPr>
          <w:trHeight w:hRule="exact" w:val="4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101.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Резервный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24.05.2023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20A1A" w:rsidRPr="008B342F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102.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102.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Резервный</w:t>
            </w:r>
            <w:proofErr w:type="spellEnd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jc w:val="center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26.05.2023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9D3C85">
              <w:rPr>
                <w:lang w:val="ru-RU"/>
              </w:rPr>
              <w:br/>
            </w: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D20A1A" w:rsidRPr="00C6701A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9D3C85" w:rsidRDefault="004D5FB1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9D3C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4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20A1A" w:rsidRPr="00C6701A" w:rsidRDefault="004D5FB1">
            <w:pPr>
              <w:autoSpaceDE w:val="0"/>
              <w:autoSpaceDN w:val="0"/>
              <w:spacing w:before="98" w:after="0" w:line="230" w:lineRule="auto"/>
              <w:ind w:left="72"/>
            </w:pPr>
            <w:r w:rsidRPr="00C6701A">
              <w:rPr>
                <w:rFonts w:ascii="Times New Roman" w:eastAsia="Times New Roman" w:hAnsi="Times New Roman"/>
                <w:color w:val="000000"/>
                <w:sz w:val="24"/>
              </w:rPr>
              <w:t>8</w:t>
            </w:r>
          </w:p>
        </w:tc>
      </w:tr>
    </w:tbl>
    <w:p w:rsidR="00D20A1A" w:rsidRDefault="00D20A1A">
      <w:pPr>
        <w:autoSpaceDE w:val="0"/>
        <w:autoSpaceDN w:val="0"/>
        <w:spacing w:after="0" w:line="14" w:lineRule="exact"/>
      </w:pPr>
    </w:p>
    <w:p w:rsidR="00D20A1A" w:rsidRDefault="00D20A1A">
      <w:pPr>
        <w:sectPr w:rsidR="00D20A1A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D20A1A" w:rsidRDefault="00D20A1A">
      <w:pPr>
        <w:autoSpaceDE w:val="0"/>
        <w:autoSpaceDN w:val="0"/>
        <w:spacing w:after="78" w:line="220" w:lineRule="exact"/>
      </w:pPr>
    </w:p>
    <w:p w:rsidR="00D20A1A" w:rsidRDefault="004D5FB1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D20A1A" w:rsidRDefault="004D5FB1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D20A1A" w:rsidRPr="009D3C85" w:rsidRDefault="004D5FB1">
      <w:pPr>
        <w:autoSpaceDE w:val="0"/>
        <w:autoSpaceDN w:val="0"/>
        <w:spacing w:before="166" w:after="0" w:line="271" w:lineRule="auto"/>
        <w:ind w:right="576"/>
        <w:rPr>
          <w:lang w:val="ru-RU"/>
        </w:rPr>
      </w:pPr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>Кузовлев В.П., Лапа Н.М., Костина И.Н. и другие. Английский язык. 5 класс. АО «Издательств</w:t>
      </w:r>
      <w:proofErr w:type="gramStart"/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>о«</w:t>
      </w:r>
      <w:proofErr w:type="gramEnd"/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Просвещение»; </w:t>
      </w:r>
      <w:r w:rsidRPr="009D3C85">
        <w:rPr>
          <w:lang w:val="ru-RU"/>
        </w:rPr>
        <w:br/>
      </w:r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D20A1A" w:rsidRPr="009D3C85" w:rsidRDefault="004D5FB1">
      <w:pPr>
        <w:autoSpaceDE w:val="0"/>
        <w:autoSpaceDN w:val="0"/>
        <w:spacing w:before="262" w:after="0" w:line="230" w:lineRule="auto"/>
        <w:rPr>
          <w:lang w:val="ru-RU"/>
        </w:rPr>
      </w:pPr>
      <w:r w:rsidRPr="009D3C85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D20A1A" w:rsidRPr="009D3C85" w:rsidRDefault="004D5FB1">
      <w:pPr>
        <w:autoSpaceDE w:val="0"/>
        <w:autoSpaceDN w:val="0"/>
        <w:spacing w:before="166" w:after="0" w:line="271" w:lineRule="auto"/>
        <w:ind w:right="4752"/>
        <w:rPr>
          <w:lang w:val="ru-RU"/>
        </w:rPr>
      </w:pPr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>Кузовлев</w:t>
      </w:r>
      <w:proofErr w:type="gramStart"/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  <w:proofErr w:type="gramEnd"/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>П., Лапа Н.М.и др. Рабочая тетрадь, 5 класс Кузовлев .П., Лапа Н.М.и др. Книга для чтения, 5 класс аудиокурс к учебнику</w:t>
      </w:r>
    </w:p>
    <w:p w:rsidR="00D20A1A" w:rsidRPr="009D3C85" w:rsidRDefault="004D5FB1">
      <w:pPr>
        <w:autoSpaceDE w:val="0"/>
        <w:autoSpaceDN w:val="0"/>
        <w:spacing w:before="264" w:after="0" w:line="230" w:lineRule="auto"/>
        <w:rPr>
          <w:lang w:val="ru-RU"/>
        </w:rPr>
      </w:pPr>
      <w:r w:rsidRPr="009D3C85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D20A1A" w:rsidRPr="009D3C85" w:rsidRDefault="004D5FB1">
      <w:pPr>
        <w:autoSpaceDE w:val="0"/>
        <w:autoSpaceDN w:val="0"/>
        <w:spacing w:before="166" w:after="0"/>
        <w:ind w:right="8640"/>
        <w:rPr>
          <w:lang w:val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D3C85">
        <w:rPr>
          <w:lang w:val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liveworksheets</w:t>
      </w:r>
      <w:proofErr w:type="spellEnd"/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D3C85">
        <w:rPr>
          <w:lang w:val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yaklass</w:t>
      </w:r>
      <w:proofErr w:type="spellEnd"/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D3C85">
        <w:rPr>
          <w:lang w:val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uchi</w:t>
      </w:r>
      <w:proofErr w:type="spellEnd"/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D20A1A" w:rsidRDefault="00D20A1A">
      <w:pPr>
        <w:rPr>
          <w:lang w:val="ru-RU"/>
        </w:rPr>
      </w:pPr>
    </w:p>
    <w:p w:rsidR="00865C87" w:rsidRDefault="00865C87">
      <w:pPr>
        <w:rPr>
          <w:lang w:val="ru-RU"/>
        </w:rPr>
      </w:pPr>
    </w:p>
    <w:p w:rsidR="00D20A1A" w:rsidRPr="009D3C85" w:rsidRDefault="004D5FB1">
      <w:pPr>
        <w:autoSpaceDE w:val="0"/>
        <w:autoSpaceDN w:val="0"/>
        <w:spacing w:after="0" w:line="230" w:lineRule="auto"/>
        <w:rPr>
          <w:lang w:val="ru-RU"/>
        </w:rPr>
      </w:pPr>
      <w:r w:rsidRPr="009D3C85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D20A1A" w:rsidRPr="009D3C85" w:rsidRDefault="004D5FB1">
      <w:pPr>
        <w:autoSpaceDE w:val="0"/>
        <w:autoSpaceDN w:val="0"/>
        <w:spacing w:before="346" w:after="0" w:line="230" w:lineRule="auto"/>
        <w:rPr>
          <w:lang w:val="ru-RU"/>
        </w:rPr>
      </w:pPr>
      <w:r w:rsidRPr="009D3C85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D20A1A" w:rsidRPr="009D3C85" w:rsidRDefault="004D5FB1">
      <w:pPr>
        <w:autoSpaceDE w:val="0"/>
        <w:autoSpaceDN w:val="0"/>
        <w:spacing w:before="166" w:after="0"/>
        <w:ind w:right="8352"/>
        <w:rPr>
          <w:lang w:val="ru-RU"/>
        </w:rPr>
      </w:pPr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 xml:space="preserve">ноутбук </w:t>
      </w:r>
      <w:r w:rsidRPr="009D3C85">
        <w:rPr>
          <w:lang w:val="ru-RU"/>
        </w:rPr>
        <w:br/>
      </w:r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проектор </w:t>
      </w:r>
      <w:r w:rsidRPr="009D3C85">
        <w:rPr>
          <w:lang w:val="ru-RU"/>
        </w:rPr>
        <w:br/>
      </w:r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интерактивная доска </w:t>
      </w:r>
      <w:r w:rsidRPr="009D3C85">
        <w:rPr>
          <w:lang w:val="ru-RU"/>
        </w:rPr>
        <w:br/>
      </w:r>
      <w:r w:rsidRPr="009D3C85">
        <w:rPr>
          <w:rFonts w:ascii="Times New Roman" w:eastAsia="Times New Roman" w:hAnsi="Times New Roman"/>
          <w:color w:val="000000"/>
          <w:sz w:val="24"/>
          <w:lang w:val="ru-RU"/>
        </w:rPr>
        <w:t>колонки</w:t>
      </w:r>
    </w:p>
    <w:p w:rsidR="00D20A1A" w:rsidRPr="009D3C85" w:rsidRDefault="004D5FB1">
      <w:pPr>
        <w:autoSpaceDE w:val="0"/>
        <w:autoSpaceDN w:val="0"/>
        <w:spacing w:before="262" w:after="0" w:line="230" w:lineRule="auto"/>
        <w:rPr>
          <w:lang w:val="ru-RU"/>
        </w:rPr>
      </w:pPr>
      <w:r w:rsidRPr="009D3C85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sectPr w:rsidR="00D20A1A" w:rsidRPr="009D3C85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1261019"/>
    <w:multiLevelType w:val="hybridMultilevel"/>
    <w:tmpl w:val="A344FB2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>
    <w:nsid w:val="6D6F0101"/>
    <w:multiLevelType w:val="hybridMultilevel"/>
    <w:tmpl w:val="12E05E26"/>
    <w:lvl w:ilvl="0" w:tplc="B4081D4A">
      <w:start w:val="1"/>
      <w:numFmt w:val="decimal"/>
      <w:lvlText w:val="%1)"/>
      <w:lvlJc w:val="left"/>
      <w:pPr>
        <w:ind w:left="24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752F5AE5"/>
    <w:multiLevelType w:val="hybridMultilevel"/>
    <w:tmpl w:val="7ACC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7730"/>
    <w:rsid w:val="00030653"/>
    <w:rsid w:val="00034616"/>
    <w:rsid w:val="0006063C"/>
    <w:rsid w:val="0015074B"/>
    <w:rsid w:val="0029639D"/>
    <w:rsid w:val="002C6992"/>
    <w:rsid w:val="002D05DF"/>
    <w:rsid w:val="00326F90"/>
    <w:rsid w:val="00362353"/>
    <w:rsid w:val="00487E22"/>
    <w:rsid w:val="004D5FB1"/>
    <w:rsid w:val="005A4072"/>
    <w:rsid w:val="006129CE"/>
    <w:rsid w:val="00737FCB"/>
    <w:rsid w:val="00810A46"/>
    <w:rsid w:val="00865C87"/>
    <w:rsid w:val="008B342F"/>
    <w:rsid w:val="009D3C85"/>
    <w:rsid w:val="009E5434"/>
    <w:rsid w:val="00A30755"/>
    <w:rsid w:val="00A70368"/>
    <w:rsid w:val="00AA1D8D"/>
    <w:rsid w:val="00B361E7"/>
    <w:rsid w:val="00B47730"/>
    <w:rsid w:val="00C6701A"/>
    <w:rsid w:val="00CB0664"/>
    <w:rsid w:val="00D20A1A"/>
    <w:rsid w:val="00E9445A"/>
    <w:rsid w:val="00F860A8"/>
    <w:rsid w:val="00FC693F"/>
    <w:rsid w:val="00FE0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="Calibri" w:eastAsia="MS Gothic" w:hAnsi="Calibri"/>
      <w:b/>
      <w:bCs/>
      <w:color w:val="365F91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="Calibri" w:eastAsia="MS Gothic" w:hAnsi="Calibri"/>
      <w:b/>
      <w:bCs/>
      <w:color w:val="4F81BD"/>
      <w:sz w:val="20"/>
      <w:szCs w:val="20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="Calibri" w:eastAsia="MS Gothic" w:hAnsi="Calibri"/>
      <w:b/>
      <w:bCs/>
      <w:i/>
      <w:iCs/>
      <w:color w:val="4F81BD"/>
      <w:sz w:val="20"/>
      <w:szCs w:val="20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="Calibri" w:eastAsia="MS Gothic" w:hAnsi="Calibri"/>
      <w:color w:val="243F60"/>
      <w:sz w:val="20"/>
      <w:szCs w:val="2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="Calibri" w:eastAsia="MS Gothic" w:hAnsi="Calibri"/>
      <w:i/>
      <w:iCs/>
      <w:color w:val="243F60"/>
      <w:sz w:val="20"/>
      <w:szCs w:val="2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="Calibri" w:eastAsia="MS Gothic" w:hAnsi="Calibri"/>
      <w:i/>
      <w:iCs/>
      <w:color w:val="404040"/>
      <w:sz w:val="20"/>
      <w:szCs w:val="2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="Calibri" w:eastAsia="MS Gothic" w:hAnsi="Calibri"/>
      <w:color w:val="4F81BD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="Calibri" w:eastAsia="MS Gothic" w:hAnsi="Calibri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rPr>
      <w:sz w:val="22"/>
      <w:szCs w:val="22"/>
      <w:lang w:val="en-US" w:eastAsia="en-US"/>
    </w:rPr>
  </w:style>
  <w:style w:type="character" w:customStyle="1" w:styleId="10">
    <w:name w:val="Заголовок 1 Знак"/>
    <w:link w:val="1"/>
    <w:uiPriority w:val="9"/>
    <w:rsid w:val="00FC693F"/>
    <w:rPr>
      <w:rFonts w:ascii="Calibri" w:eastAsia="MS Gothic" w:hAnsi="Calibri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link w:val="21"/>
    <w:uiPriority w:val="9"/>
    <w:rsid w:val="00FC693F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32">
    <w:name w:val="Заголовок 3 Знак"/>
    <w:link w:val="31"/>
    <w:uiPriority w:val="9"/>
    <w:rsid w:val="00FC693F"/>
    <w:rPr>
      <w:rFonts w:ascii="Calibri" w:eastAsia="MS Gothic" w:hAnsi="Calibri" w:cs="Times New Roman"/>
      <w:b/>
      <w:bCs/>
      <w:color w:val="4F81BD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a"/>
    <w:uiPriority w:val="10"/>
    <w:rsid w:val="00FC693F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="Calibri" w:eastAsia="MS Gothic" w:hAnsi="Calibri"/>
      <w:i/>
      <w:iCs/>
      <w:color w:val="4F81BD"/>
      <w:spacing w:val="15"/>
      <w:sz w:val="24"/>
      <w:szCs w:val="24"/>
    </w:rPr>
  </w:style>
  <w:style w:type="character" w:customStyle="1" w:styleId="ad">
    <w:name w:val="Подзаголовок Знак"/>
    <w:link w:val="ac"/>
    <w:uiPriority w:val="11"/>
    <w:rsid w:val="00FC693F"/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</w:rPr>
  </w:style>
  <w:style w:type="character" w:customStyle="1" w:styleId="af4">
    <w:name w:val="Текст макроса Знак"/>
    <w:link w:val="af3"/>
    <w:uiPriority w:val="99"/>
    <w:rsid w:val="0029639D"/>
    <w:rPr>
      <w:rFonts w:ascii="Courier" w:hAnsi="Courier"/>
      <w:lang w:val="ru-RU" w:eastAsia="ru-RU" w:bidi="ar-SA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/>
      <w:sz w:val="20"/>
      <w:szCs w:val="20"/>
    </w:rPr>
  </w:style>
  <w:style w:type="character" w:customStyle="1" w:styleId="28">
    <w:name w:val="Цитата 2 Знак"/>
    <w:link w:val="27"/>
    <w:uiPriority w:val="29"/>
    <w:rsid w:val="00FC693F"/>
    <w:rPr>
      <w:i/>
      <w:iCs/>
      <w:color w:val="000000"/>
    </w:rPr>
  </w:style>
  <w:style w:type="character" w:customStyle="1" w:styleId="40">
    <w:name w:val="Заголовок 4 Знак"/>
    <w:link w:val="4"/>
    <w:uiPriority w:val="9"/>
    <w:semiHidden/>
    <w:rsid w:val="00FC693F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FC693F"/>
    <w:rPr>
      <w:rFonts w:ascii="Calibri" w:eastAsia="MS Gothic" w:hAnsi="Calibri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FC693F"/>
    <w:rPr>
      <w:rFonts w:ascii="Calibri" w:eastAsia="MS Gothic" w:hAnsi="Calibri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FC693F"/>
    <w:rPr>
      <w:rFonts w:ascii="Calibri" w:eastAsia="MS Gothic" w:hAnsi="Calibri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FC693F"/>
    <w:rPr>
      <w:rFonts w:ascii="Calibri" w:eastAsia="MS Gothic" w:hAnsi="Calibri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FC693F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/>
      <w:sz w:val="18"/>
      <w:szCs w:val="18"/>
    </w:rPr>
  </w:style>
  <w:style w:type="character" w:styleId="af6">
    <w:name w:val="Strong"/>
    <w:uiPriority w:val="22"/>
    <w:qFormat/>
    <w:rsid w:val="00FC693F"/>
    <w:rPr>
      <w:b/>
      <w:bCs/>
    </w:rPr>
  </w:style>
  <w:style w:type="character" w:styleId="af7">
    <w:name w:val="Emphasis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f9">
    <w:name w:val="Выделенная цитата Знак"/>
    <w:link w:val="af8"/>
    <w:uiPriority w:val="30"/>
    <w:rsid w:val="00FC693F"/>
    <w:rPr>
      <w:b/>
      <w:bCs/>
      <w:i/>
      <w:iCs/>
      <w:color w:val="4F81BD"/>
    </w:rPr>
  </w:style>
  <w:style w:type="character" w:styleId="afa">
    <w:name w:val="Subtle Emphasis"/>
    <w:uiPriority w:val="19"/>
    <w:qFormat/>
    <w:rsid w:val="00FC693F"/>
    <w:rPr>
      <w:i/>
      <w:iCs/>
      <w:color w:val="808080"/>
    </w:rPr>
  </w:style>
  <w:style w:type="character" w:styleId="afb">
    <w:name w:val="Intense Emphasis"/>
    <w:uiPriority w:val="21"/>
    <w:qFormat/>
    <w:rsid w:val="00FC693F"/>
    <w:rPr>
      <w:b/>
      <w:bCs/>
      <w:i/>
      <w:iCs/>
      <w:color w:val="4F81BD"/>
    </w:rPr>
  </w:style>
  <w:style w:type="character" w:styleId="afc">
    <w:name w:val="Subtle Reference"/>
    <w:uiPriority w:val="31"/>
    <w:qFormat/>
    <w:rsid w:val="00FC693F"/>
    <w:rPr>
      <w:smallCaps/>
      <w:color w:val="C0504D"/>
      <w:u w:val="single"/>
    </w:rPr>
  </w:style>
  <w:style w:type="character" w:styleId="afd">
    <w:name w:val="Intense Reference"/>
    <w:uiPriority w:val="32"/>
    <w:qFormat/>
    <w:rsid w:val="00FC693F"/>
    <w:rPr>
      <w:b/>
      <w:bCs/>
      <w:smallCaps/>
      <w:color w:val="C0504D"/>
      <w:spacing w:val="5"/>
      <w:u w:val="single"/>
    </w:rPr>
  </w:style>
  <w:style w:type="character" w:styleId="afe">
    <w:name w:val="Book Title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3"/>
    <w:uiPriority w:val="60"/>
    <w:rsid w:val="00FC693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">
    <w:name w:val="Light Shading - Accent 1"/>
    <w:basedOn w:val="a3"/>
    <w:uiPriority w:val="60"/>
    <w:rsid w:val="00FC693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3"/>
    <w:uiPriority w:val="60"/>
    <w:rsid w:val="00FC693F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3"/>
    <w:uiPriority w:val="60"/>
    <w:rsid w:val="00FC693F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3"/>
    <w:uiPriority w:val="60"/>
    <w:rsid w:val="00FC693F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3"/>
    <w:uiPriority w:val="60"/>
    <w:rsid w:val="00FC693F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3"/>
    <w:uiPriority w:val="60"/>
    <w:rsid w:val="00FC693F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2">
    <w:name w:val="Светлый список1"/>
    <w:basedOn w:val="a3"/>
    <w:uiPriority w:val="61"/>
    <w:rsid w:val="00FC693F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">
    <w:name w:val="Light List - Accent 1"/>
    <w:basedOn w:val="a3"/>
    <w:uiPriority w:val="61"/>
    <w:rsid w:val="00FC693F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0">
    <w:name w:val="Light List Accent 2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0">
    <w:name w:val="Light List Accent 3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0">
    <w:name w:val="Light List Accent 4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0">
    <w:name w:val="Light List Accent 5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0">
    <w:name w:val="Light List Accent 6"/>
    <w:basedOn w:val="a3"/>
    <w:uiPriority w:val="61"/>
    <w:rsid w:val="00CB0664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3">
    <w:name w:val="Светлая сетка1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arlett" w:eastAsia="MS Gothic" w:hAnsi="Marlett" w:cs="Times New Roman"/>
        <w:b/>
        <w:bCs/>
      </w:rPr>
    </w:tblStylePr>
    <w:tblStylePr w:type="lastCol"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">
    <w:name w:val="Light Grid - Accent 1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Marlett" w:eastAsia="MS Gothic" w:hAnsi="Marlett" w:cs="Times New Roman"/>
        <w:b/>
        <w:bCs/>
      </w:rPr>
    </w:tblStylePr>
    <w:tblStylePr w:type="lastCol"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1">
    <w:name w:val="Light Grid Accent 2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Marlett" w:eastAsia="MS Gothic" w:hAnsi="Marlett" w:cs="Times New Roman"/>
        <w:b/>
        <w:bCs/>
      </w:rPr>
    </w:tblStylePr>
    <w:tblStylePr w:type="lastCol"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1">
    <w:name w:val="Light Grid Accent 3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Marlett" w:eastAsia="MS Gothic" w:hAnsi="Marlett" w:cs="Times New Roman"/>
        <w:b/>
        <w:bCs/>
      </w:rPr>
    </w:tblStylePr>
    <w:tblStylePr w:type="lastCol"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1">
    <w:name w:val="Light Grid Accent 4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Marlett" w:eastAsia="MS Gothic" w:hAnsi="Marlett" w:cs="Times New Roman"/>
        <w:b/>
        <w:bCs/>
      </w:rPr>
    </w:tblStylePr>
    <w:tblStylePr w:type="lastCol"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1">
    <w:name w:val="Light Grid Accent 5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Marlett" w:eastAsia="MS Gothic" w:hAnsi="Marlett" w:cs="Times New Roman"/>
        <w:b/>
        <w:bCs/>
      </w:rPr>
    </w:tblStylePr>
    <w:tblStylePr w:type="lastCol"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1">
    <w:name w:val="Light Grid Accent 6"/>
    <w:basedOn w:val="a3"/>
    <w:uiPriority w:val="62"/>
    <w:rsid w:val="00CB0664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Marlett" w:eastAsia="MS Gothic" w:hAnsi="Marlett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Marlett" w:eastAsia="MS Gothic" w:hAnsi="Marlett" w:cs="Times New Roman"/>
        <w:b/>
        <w:bCs/>
      </w:rPr>
    </w:tblStylePr>
    <w:tblStylePr w:type="lastCol">
      <w:rPr>
        <w:rFonts w:ascii="Marlett" w:eastAsia="MS Gothic" w:hAnsi="Marlett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0">
    <w:name w:val="Средняя заливка 11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">
    <w:name w:val="Medium Shading 1 - Accent 1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редняя заливка 21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">
    <w:name w:val="Medium Shading 2 - Accent 1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Marlett" w:eastAsia="MS Gothic" w:hAnsi="Marlet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">
    <w:name w:val="Medium List 1 - Accent 1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Marlett" w:eastAsia="MS Gothic" w:hAnsi="Marlett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20">
    <w:name w:val="Medium List 1 Accent 2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Marlett" w:eastAsia="MS Gothic" w:hAnsi="Marlett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30">
    <w:name w:val="Medium List 1 Accent 3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Marlett" w:eastAsia="MS Gothic" w:hAnsi="Marlett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40">
    <w:name w:val="Medium List 1 Accent 4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Marlett" w:eastAsia="MS Gothic" w:hAnsi="Marlett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50">
    <w:name w:val="Medium List 1 Accent 5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Marlett" w:eastAsia="MS Gothic" w:hAnsi="Marlett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60">
    <w:name w:val="Medium List 1 Accent 6"/>
    <w:basedOn w:val="a3"/>
    <w:uiPriority w:val="65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Marlett" w:eastAsia="MS Gothic" w:hAnsi="Marlett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1">
    <w:name w:val="Средний список 21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сетка 11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-1">
    <w:name w:val="Medium Grid 1 Accent 1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1">
    <w:name w:val="Medium Grid 1 Accent 2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31">
    <w:name w:val="Medium Grid 1 Accent 3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1">
    <w:name w:val="Medium Grid 1 Accent 4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51">
    <w:name w:val="Medium Grid 1 Accent 5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1">
    <w:name w:val="Medium Grid 1 Accent 6"/>
    <w:basedOn w:val="a3"/>
    <w:uiPriority w:val="67"/>
    <w:rsid w:val="00CB0664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2">
    <w:name w:val="Средняя сетка 21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-10">
    <w:name w:val="Medium Grid 2 Accent 1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-21">
    <w:name w:val="Medium Grid 2 Accent 2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31">
    <w:name w:val="Medium Grid 2 Accent 3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1">
    <w:name w:val="Medium Grid 2 Accent 4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1">
    <w:name w:val="Medium Grid 2 Accent 5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1">
    <w:name w:val="Medium Grid 2 Accent 6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0">
    <w:name w:val="Средняя сетка 31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5">
    <w:name w:val="Medium Grid 3 Accent 5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6">
    <w:name w:val="Medium Grid 3 Accent 6"/>
    <w:basedOn w:val="a3"/>
    <w:uiPriority w:val="69"/>
    <w:rsid w:val="00CB0664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4">
    <w:name w:val="Темный список1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">
    <w:name w:val="Dark List Accent 1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22">
    <w:name w:val="Dark List Accent 2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32">
    <w:name w:val="Dark List Accent 3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42">
    <w:name w:val="Dark List Accent 4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52">
    <w:name w:val="Dark List Accent 5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62">
    <w:name w:val="Dark List Accent 6"/>
    <w:basedOn w:val="a3"/>
    <w:uiPriority w:val="70"/>
    <w:rsid w:val="00CB0664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5">
    <w:name w:val="Цветная заливка1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0">
    <w:name w:val="Colorful Shading Accent 1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23">
    <w:name w:val="Colorful Shading Accent 2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3">
    <w:name w:val="Colorful Shading Accent 3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43">
    <w:name w:val="Colorful Shading Accent 4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3">
    <w:name w:val="Colorful Shading Accent 5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3">
    <w:name w:val="Colorful Shading Accent 6"/>
    <w:basedOn w:val="a3"/>
    <w:uiPriority w:val="71"/>
    <w:rsid w:val="00CB0664"/>
    <w:rPr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6">
    <w:name w:val="Цветной список1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11">
    <w:name w:val="Colorful List Accent 1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-24">
    <w:name w:val="Colorful List Accent 2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34">
    <w:name w:val="Colorful List Accent 3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44">
    <w:name w:val="Colorful List Accent 4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54">
    <w:name w:val="Colorful List Accent 5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4">
    <w:name w:val="Colorful List Accent 6"/>
    <w:basedOn w:val="a3"/>
    <w:uiPriority w:val="72"/>
    <w:rsid w:val="00CB066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7">
    <w:name w:val="Цветная сетка1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2">
    <w:name w:val="Colorful Grid Accent 1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25">
    <w:name w:val="Colorful Grid Accent 2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35">
    <w:name w:val="Colorful Grid Accent 3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45">
    <w:name w:val="Colorful Grid Accent 4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55">
    <w:name w:val="Colorful Grid Accent 5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65">
    <w:name w:val="Colorful Grid Accent 6"/>
    <w:basedOn w:val="a3"/>
    <w:uiPriority w:val="73"/>
    <w:rsid w:val="00CB0664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aff1">
    <w:name w:val="Balloon Text"/>
    <w:basedOn w:val="a1"/>
    <w:link w:val="aff2"/>
    <w:uiPriority w:val="99"/>
    <w:semiHidden/>
    <w:unhideWhenUsed/>
    <w:rsid w:val="008B3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semiHidden/>
    <w:rsid w:val="008B342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AE11C0-E366-46FB-8F63-09858264B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9667</Words>
  <Characters>55103</Characters>
  <Application>Microsoft Office Word</Application>
  <DocSecurity>0</DocSecurity>
  <Lines>459</Lines>
  <Paragraphs>129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64641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uzer</cp:lastModifiedBy>
  <cp:revision>8</cp:revision>
  <dcterms:created xsi:type="dcterms:W3CDTF">2022-08-24T13:56:00Z</dcterms:created>
  <dcterms:modified xsi:type="dcterms:W3CDTF">2022-09-03T19:09:00Z</dcterms:modified>
</cp:coreProperties>
</file>